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>
      <w:pPr>
        <w:spacing w:after="0"/>
      </w:pPr>
      <w:r>
        <w:rPr>
          <w:b w:val="0"/>
        </w:rPr>
        <w:t xml:space="preserve">Permis </w:t>
      </w:r>
      <w:r>
        <w:rPr>
          <w:b w:val="0"/>
          <w:color w:val="2446A6"/>
        </w:rPr>
        <w:t>[B]</w:t>
      </w:r>
      <w:r>
        <w:rPr>
          <w:b w:val="0"/>
        </w:rPr>
        <w:t xml:space="preserve"> - </w:t>
      </w:r>
      <w:r>
        <w:rPr>
          <w:b w:val="0"/>
          <w:color w:val="2446A6"/>
        </w:rPr>
        <w:t>[Véhicule personnel]</w:t>
      </w:r>
    </w:p>
    <w:p/>
    <w:p>
      <w:r>
        <w:rPr>
          <w:b/>
        </w:rPr>
        <w:t>Objet : Curriculum vitae</w:t>
      </w:r>
    </w:p>
    <w:p/>
    <w:p/>
    <w:p>
      <w:r>
        <w:rPr>
          <w:b w:val="0"/>
        </w:rPr>
        <w:t>PROFIL</w:t>
        <w:br/>
        <w:t xml:space="preserve">Étudiant en </w:t>
      </w:r>
      <w:r>
        <w:rPr>
          <w:b w:val="0"/>
          <w:color w:val="2446A6"/>
        </w:rPr>
        <w:t>[Licence 2 de Droit]</w:t>
      </w:r>
      <w:r>
        <w:rPr>
          <w:b w:val="0"/>
        </w:rPr>
        <w:t xml:space="preserve"> à l’Université </w:t>
      </w:r>
      <w:r>
        <w:rPr>
          <w:b w:val="0"/>
          <w:color w:val="2446A6"/>
        </w:rPr>
        <w:t>[Paris-Panthéon-Assas]</w:t>
      </w:r>
      <w:r>
        <w:rPr>
          <w:b w:val="0"/>
        </w:rPr>
        <w:t xml:space="preserve">, je recherche un stage de </w:t>
      </w:r>
      <w:r>
        <w:rPr>
          <w:b w:val="0"/>
          <w:color w:val="2446A6"/>
        </w:rPr>
        <w:t>[deux mois]</w:t>
      </w:r>
      <w:r>
        <w:rPr>
          <w:b w:val="0"/>
        </w:rPr>
        <w:t xml:space="preserve"> à partir de </w:t>
      </w:r>
      <w:r>
        <w:rPr>
          <w:b w:val="0"/>
          <w:color w:val="2446A6"/>
        </w:rPr>
        <w:t>[juin 2026]</w:t>
      </w:r>
      <w:r>
        <w:rPr>
          <w:b w:val="0"/>
        </w:rPr>
        <w:t xml:space="preserve"> pour mettre en pratique mes connaissances en </w:t>
      </w:r>
      <w:r>
        <w:rPr>
          <w:b w:val="0"/>
          <w:color w:val="2446A6"/>
        </w:rPr>
        <w:t>[droit des contrats]</w:t>
      </w:r>
      <w:r>
        <w:rPr>
          <w:b w:val="0"/>
        </w:rPr>
        <w:t xml:space="preserve"> et développer une première expérience en cabinet.</w:t>
      </w:r>
    </w:p>
    <w:p>
      <w:r>
        <w:rPr>
          <w:b w:val="0"/>
        </w:rPr>
        <w:t>FORMATION</w:t>
        <w:br/>
      </w:r>
      <w:r>
        <w:rPr>
          <w:b w:val="0"/>
          <w:color w:val="2446A6"/>
        </w:rPr>
        <w:t>[2024 – 2026]</w:t>
      </w:r>
      <w:r>
        <w:rPr>
          <w:b w:val="0"/>
        </w:rPr>
        <w:t xml:space="preserve"> : Licence de Droit, Université </w:t>
      </w:r>
      <w:r>
        <w:rPr>
          <w:b w:val="0"/>
          <w:color w:val="2446A6"/>
        </w:rPr>
        <w:t>[Paris-Panthéon-Assas]</w:t>
      </w:r>
      <w:r>
        <w:rPr>
          <w:b w:val="0"/>
        </w:rPr>
        <w:br/>
        <w:t xml:space="preserve">Mention </w:t>
      </w:r>
      <w:r>
        <w:rPr>
          <w:b w:val="0"/>
          <w:color w:val="2446A6"/>
        </w:rPr>
        <w:t>[Assez Bien]</w:t>
      </w:r>
      <w:r>
        <w:rPr>
          <w:b w:val="0"/>
        </w:rPr>
        <w:t xml:space="preserve"> (moyenne </w:t>
      </w:r>
      <w:r>
        <w:rPr>
          <w:b w:val="0"/>
          <w:color w:val="2446A6"/>
        </w:rPr>
        <w:t>[13,2/20]</w:t>
      </w:r>
      <w:r>
        <w:rPr>
          <w:b w:val="0"/>
        </w:rPr>
        <w:t>)</w:t>
        <w:br/>
      </w:r>
      <w:r>
        <w:rPr>
          <w:b w:val="0"/>
          <w:color w:val="2446A6"/>
        </w:rPr>
        <w:t>[2023]</w:t>
      </w:r>
      <w:r>
        <w:rPr>
          <w:b w:val="0"/>
        </w:rPr>
        <w:t xml:space="preserve"> : Baccalauréat général, spécialité </w:t>
      </w:r>
      <w:r>
        <w:rPr>
          <w:b w:val="0"/>
          <w:color w:val="2446A6"/>
        </w:rPr>
        <w:t>[Histoire-Géographie, Sciences Économiques et Sociales]</w:t>
      </w:r>
      <w:r>
        <w:rPr>
          <w:b w:val="0"/>
        </w:rPr>
        <w:t xml:space="preserve">, mention </w:t>
      </w:r>
      <w:r>
        <w:rPr>
          <w:b w:val="0"/>
          <w:color w:val="2446A6"/>
        </w:rPr>
        <w:t>[Bien]</w:t>
      </w:r>
      <w:r>
        <w:rPr>
          <w:b w:val="0"/>
        </w:rPr>
        <w:t>.</w:t>
      </w:r>
    </w:p>
    <w:p>
      <w:r>
        <w:rPr>
          <w:b w:val="0"/>
        </w:rPr>
        <w:t>EXPÉRIENCES</w:t>
        <w:br/>
      </w:r>
      <w:r>
        <w:rPr>
          <w:b w:val="0"/>
          <w:color w:val="2446A6"/>
        </w:rPr>
        <w:t>[Juin – Août 2025]</w:t>
      </w:r>
      <w:r>
        <w:rPr>
          <w:b w:val="0"/>
        </w:rPr>
        <w:t xml:space="preserve"> : Équipier polyvalent, </w:t>
      </w:r>
      <w:r>
        <w:rPr>
          <w:b w:val="0"/>
          <w:color w:val="2446A6"/>
        </w:rPr>
        <w:t>[McDonald’s, Paris]</w:t>
      </w:r>
      <w:r>
        <w:rPr>
          <w:b w:val="0"/>
        </w:rPr>
        <w:br/>
        <w:t xml:space="preserve">- Prise de commandes et encaissement, gestion des pics d’affluence (jusqu’à </w:t>
      </w:r>
      <w:r>
        <w:rPr>
          <w:b w:val="0"/>
          <w:color w:val="2446A6"/>
        </w:rPr>
        <w:t>[200 clients/heure]</w:t>
      </w:r>
      <w:r>
        <w:rPr>
          <w:b w:val="0"/>
        </w:rPr>
        <w:t>).</w:t>
        <w:br/>
        <w:t>- Maintien de la propreté de la salle et respect des normes d’hygiène.</w:t>
        <w:br/>
      </w:r>
      <w:r>
        <w:rPr>
          <w:b w:val="0"/>
          <w:color w:val="2446A6"/>
        </w:rPr>
        <w:t>[Septembre 2024 – Mai 2025]</w:t>
      </w:r>
      <w:r>
        <w:rPr>
          <w:b w:val="0"/>
        </w:rPr>
        <w:t xml:space="preserve"> : Bénévole, </w:t>
      </w:r>
      <w:r>
        <w:rPr>
          <w:b w:val="0"/>
          <w:color w:val="2446A6"/>
        </w:rPr>
        <w:t>[Restos du Cœur, Paris]</w:t>
      </w:r>
      <w:r>
        <w:rPr>
          <w:b w:val="0"/>
        </w:rPr>
        <w:br/>
        <w:t>- Tri et distribution alimentaire, accueil des bénéficiaires.</w:t>
        <w:br/>
        <w:t xml:space="preserve">- Participation à la collecte nationale : </w:t>
      </w:r>
      <w:r>
        <w:rPr>
          <w:b w:val="0"/>
          <w:color w:val="2446A6"/>
        </w:rPr>
        <w:t>[300 kg]</w:t>
      </w:r>
      <w:r>
        <w:rPr>
          <w:b w:val="0"/>
        </w:rPr>
        <w:t xml:space="preserve"> de denrées collectés en une journée.</w:t>
      </w:r>
    </w:p>
    <w:p>
      <w:r>
        <w:rPr>
          <w:b w:val="0"/>
        </w:rPr>
        <w:t>COMPÉTENCES</w:t>
        <w:br/>
        <w:t xml:space="preserve">- Langues : Anglais (B2, score TOEIC </w:t>
      </w:r>
      <w:r>
        <w:rPr>
          <w:b w:val="0"/>
          <w:color w:val="2446A6"/>
        </w:rPr>
        <w:t>[785]</w:t>
      </w:r>
      <w:r>
        <w:rPr>
          <w:b w:val="0"/>
        </w:rPr>
        <w:t>), Espagnol (notions).</w:t>
        <w:br/>
        <w:t xml:space="preserve">- Informatique : Pack Office (Word, Excel, PowerPoint), Canva, initiation à </w:t>
      </w:r>
      <w:r>
        <w:rPr>
          <w:b w:val="0"/>
          <w:color w:val="2446A6"/>
        </w:rPr>
        <w:t>[LexisNexis]</w:t>
      </w:r>
      <w:r>
        <w:rPr>
          <w:b w:val="0"/>
        </w:rPr>
        <w:t>.</w:t>
        <w:br/>
        <w:t>- Savoir-être : Rigueur, travail en équipe, gestion du stress, ponctualité.</w:t>
      </w:r>
    </w:p>
    <w:p>
      <w:r>
        <w:rPr>
          <w:b w:val="0"/>
        </w:rPr>
        <w:t>CENTRES D’INTÉRÊT</w:t>
        <w:br/>
        <w:t xml:space="preserve">- Sport : Tennis en club (classé </w:t>
      </w:r>
      <w:r>
        <w:rPr>
          <w:b w:val="0"/>
          <w:color w:val="2446A6"/>
        </w:rPr>
        <w:t>[15/4]</w:t>
      </w:r>
      <w:r>
        <w:rPr>
          <w:b w:val="0"/>
        </w:rPr>
        <w:t xml:space="preserve">), course à pied (semi-marathon de Paris </w:t>
      </w:r>
      <w:r>
        <w:rPr>
          <w:b w:val="0"/>
          <w:color w:val="2446A6"/>
        </w:rPr>
        <w:t>[2025]</w:t>
      </w:r>
      <w:r>
        <w:rPr>
          <w:b w:val="0"/>
        </w:rPr>
        <w:t>).</w:t>
        <w:br/>
        <w:t xml:space="preserve">- Lecture : romans policiers, essais de </w:t>
      </w:r>
      <w:r>
        <w:rPr>
          <w:b w:val="0"/>
          <w:color w:val="2446A6"/>
        </w:rPr>
        <w:t>[sociologie]</w:t>
      </w:r>
      <w:r>
        <w:rPr>
          <w:b w:val="0"/>
        </w:rPr>
        <w:t>.</w:t>
        <w:br/>
        <w:t xml:space="preserve">- Engagement associatif : membre du bureau des étudiants (organisation d’un gala de </w:t>
      </w:r>
      <w:r>
        <w:rPr>
          <w:b w:val="0"/>
          <w:color w:val="2446A6"/>
        </w:rPr>
        <w:t>[200 personnes]</w:t>
      </w:r>
      <w:r>
        <w:rPr>
          <w:b w:val="0"/>
        </w:rPr>
        <w:t>).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étudiant : exemple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