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</w:rPr>
        <w:t>12 rue des Lilas, 75011 Paris</w:t>
      </w:r>
    </w:p>
    <w:p>
      <w:pPr>
        <w:spacing w:after="0"/>
      </w:pPr>
      <w:r>
        <w:rPr>
          <w:b w:val="0"/>
        </w:rPr>
        <w:t>06 12 34 56 78</w:t>
      </w:r>
    </w:p>
    <w:p>
      <w:pPr>
        <w:spacing w:after="0"/>
      </w:pPr>
      <w:r>
        <w:rPr>
          <w:b w:val="0"/>
        </w:rPr>
        <w:t>prenom.nom@mail.fr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</w:rPr>
        <w:t>15 rue de la République, 69002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[vendeur en boutique – 10 h/semaine]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Étudiant en </w:t>
      </w:r>
      <w:r>
        <w:rPr>
          <w:b w:val="0"/>
          <w:color w:val="2446A6"/>
        </w:rPr>
        <w:t>[première année de BTS Management Commercial Opérationnel]</w:t>
      </w:r>
      <w:r>
        <w:rPr>
          <w:b w:val="0"/>
        </w:rPr>
        <w:t xml:space="preserve"> au lycée </w:t>
      </w:r>
      <w:r>
        <w:rPr>
          <w:b w:val="0"/>
          <w:color w:val="2446A6"/>
        </w:rPr>
        <w:t>[Jean-Monnet à Lyon]</w:t>
      </w:r>
      <w:r>
        <w:rPr>
          <w:b w:val="0"/>
        </w:rPr>
        <w:t xml:space="preserve">, je vous adresse ma candidature pour le poste de </w:t>
      </w:r>
      <w:r>
        <w:rPr>
          <w:b w:val="0"/>
          <w:color w:val="2446A6"/>
        </w:rPr>
        <w:t>[vendeur en boutique]</w:t>
      </w:r>
      <w:r>
        <w:rPr>
          <w:b w:val="0"/>
        </w:rPr>
        <w:t xml:space="preserve"> à </w:t>
      </w:r>
      <w:r>
        <w:rPr>
          <w:b w:val="0"/>
          <w:color w:val="2446A6"/>
        </w:rPr>
        <w:t>[10 heures par semaine]</w:t>
      </w:r>
      <w:r>
        <w:rPr>
          <w:b w:val="0"/>
        </w:rPr>
        <w:t xml:space="preserve"> dès le </w:t>
      </w:r>
      <w:r>
        <w:rPr>
          <w:b w:val="0"/>
          <w:color w:val="2446A6"/>
        </w:rPr>
        <w:t>[1er octobre 2026]</w:t>
      </w:r>
      <w:r>
        <w:rPr>
          <w:b w:val="0"/>
        </w:rPr>
        <w:t>.</w:t>
      </w:r>
    </w:p>
    <w:p>
      <w:r>
        <w:rPr>
          <w:b w:val="0"/>
        </w:rPr>
        <w:t xml:space="preserve">Sans expérience professionnelle longue, j'ai tenu la caisse de la buvette du tournoi de handball du lycée pendant </w:t>
      </w:r>
      <w:r>
        <w:rPr>
          <w:b w:val="0"/>
          <w:color w:val="2446A6"/>
        </w:rPr>
        <w:t>[deux week-ends en mars 2026]</w:t>
      </w:r>
      <w:r>
        <w:rPr>
          <w:b w:val="0"/>
        </w:rPr>
        <w:t xml:space="preserve">. J'y ai encaissé </w:t>
      </w:r>
      <w:r>
        <w:rPr>
          <w:b w:val="0"/>
          <w:color w:val="2446A6"/>
        </w:rPr>
        <w:t>[230 tickets]</w:t>
      </w:r>
      <w:r>
        <w:rPr>
          <w:b w:val="0"/>
        </w:rPr>
        <w:t xml:space="preserve">, géré un fond de caisse de </w:t>
      </w:r>
      <w:r>
        <w:rPr>
          <w:b w:val="0"/>
          <w:color w:val="2446A6"/>
        </w:rPr>
        <w:t>[150 €]</w:t>
      </w:r>
      <w:r>
        <w:rPr>
          <w:b w:val="0"/>
        </w:rPr>
        <w:t xml:space="preserve"> sans écart et servi </w:t>
      </w:r>
      <w:r>
        <w:rPr>
          <w:b w:val="0"/>
          <w:color w:val="2446A6"/>
        </w:rPr>
        <w:t>[80 clients]</w:t>
      </w:r>
      <w:r>
        <w:rPr>
          <w:b w:val="0"/>
        </w:rPr>
        <w:t xml:space="preserve"> en une après-midi.</w:t>
      </w:r>
    </w:p>
    <w:p>
      <w:r>
        <w:rPr>
          <w:b w:val="0"/>
        </w:rPr>
        <w:t xml:space="preserve">En cours, j'ai réalisé un projet de </w:t>
      </w:r>
      <w:r>
        <w:rPr>
          <w:b w:val="0"/>
          <w:color w:val="2446A6"/>
        </w:rPr>
        <w:t>[vitrine de Noël]</w:t>
      </w:r>
      <w:r>
        <w:rPr>
          <w:b w:val="0"/>
        </w:rPr>
        <w:t xml:space="preserve"> avec deux camarades : nous avons choisi les produits, fixé les prix et présenté le résultat devant un jury de </w:t>
      </w:r>
      <w:r>
        <w:rPr>
          <w:b w:val="0"/>
          <w:color w:val="2446A6"/>
        </w:rPr>
        <w:t>[trois commerçants]</w:t>
      </w:r>
      <w:r>
        <w:rPr>
          <w:b w:val="0"/>
        </w:rPr>
        <w:t xml:space="preserve">. J'y ai appris à argumenter face à des professionnels et à respecter un budget de </w:t>
      </w:r>
      <w:r>
        <w:rPr>
          <w:b w:val="0"/>
          <w:color w:val="2446A6"/>
        </w:rPr>
        <w:t>[80 €]</w:t>
      </w:r>
      <w:r>
        <w:rPr>
          <w:b w:val="0"/>
        </w:rPr>
        <w:t>.</w:t>
      </w:r>
    </w:p>
    <w:p>
      <w:r>
        <w:rPr>
          <w:b w:val="0"/>
        </w:rPr>
        <w:t xml:space="preserve">Je maîtrise Word, Excel et Canva, et je peux mettre en rayon, étiqueter et compter un stock en suivant une fiche de procédure. Disponible le </w:t>
      </w:r>
      <w:r>
        <w:rPr>
          <w:b w:val="0"/>
          <w:color w:val="2446A6"/>
        </w:rPr>
        <w:t>[mercredi après-midi]</w:t>
      </w:r>
      <w:r>
        <w:rPr>
          <w:b w:val="0"/>
        </w:rPr>
        <w:t xml:space="preserve"> et le </w:t>
      </w:r>
      <w:r>
        <w:rPr>
          <w:b w:val="0"/>
          <w:color w:val="2446A6"/>
        </w:rPr>
        <w:t>[samedi toute la journée]</w:t>
      </w:r>
      <w:r>
        <w:rPr>
          <w:b w:val="0"/>
        </w:rPr>
        <w:t xml:space="preserve">, je peux commencer dès le </w:t>
      </w:r>
      <w:r>
        <w:rPr>
          <w:b w:val="0"/>
          <w:color w:val="2446A6"/>
        </w:rPr>
        <w:t>[28 septembre 2026]</w:t>
      </w:r>
      <w:r>
        <w:rPr>
          <w:b w:val="0"/>
        </w:rPr>
        <w:t>.</w:t>
      </w:r>
    </w:p>
    <w:p>
      <w:r>
        <w:rPr>
          <w:b w:val="0"/>
        </w:rPr>
        <w:t>Je vous remercie de l'attention portée à ma candidature et me tiens à votre disposition pour un entretien.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étudiant sans expérience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