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[Service recrutement]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à un poste de </w:t>
      </w:r>
      <w:r>
        <w:rPr>
          <w:b/>
          <w:color w:val="2446A6"/>
        </w:rPr>
        <w:t>[job étudiant]</w:t>
      </w:r>
      <w:r>
        <w:rPr>
          <w:b/>
        </w:rPr>
        <w:t xml:space="preserve"> – </w:t>
      </w:r>
      <w:r>
        <w:rPr>
          <w:b/>
          <w:color w:val="2446A6"/>
        </w:rPr>
        <w:t>[référence]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étudiant en </w:t>
      </w:r>
      <w:r>
        <w:rPr>
          <w:b w:val="0"/>
          <w:color w:val="2446A6"/>
        </w:rPr>
        <w:t>[filière]</w:t>
      </w:r>
      <w:r>
        <w:rPr>
          <w:b w:val="0"/>
        </w:rPr>
        <w:t xml:space="preserve"> à </w:t>
      </w:r>
      <w:r>
        <w:rPr>
          <w:b w:val="0"/>
          <w:color w:val="2446A6"/>
        </w:rPr>
        <w:t>[établissement]</w:t>
      </w:r>
      <w:r>
        <w:rPr>
          <w:b w:val="0"/>
        </w:rPr>
        <w:t xml:space="preserve">, je recherche un emploi pour la période du </w:t>
      </w:r>
      <w:r>
        <w:rPr>
          <w:b w:val="0"/>
          <w:color w:val="2446A6"/>
        </w:rPr>
        <w:t>[date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fin]</w:t>
      </w:r>
      <w:r>
        <w:rPr>
          <w:b w:val="0"/>
        </w:rPr>
        <w:t xml:space="preserve"> et je vous propose ma candidature pour le poste de </w:t>
      </w:r>
      <w:r>
        <w:rPr>
          <w:b w:val="0"/>
          <w:color w:val="2446A6"/>
        </w:rPr>
        <w:t>[job étudiant]</w:t>
      </w:r>
      <w:r>
        <w:rPr>
          <w:b w:val="0"/>
        </w:rPr>
        <w:t>.</w:t>
      </w:r>
    </w:p>
    <w:p>
      <w:r>
        <w:rPr>
          <w:b w:val="0"/>
        </w:rPr>
        <w:t xml:space="preserve">J’ai acquis une première expérience du contact client lors d’un stage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chez </w:t>
      </w:r>
      <w:r>
        <w:rPr>
          <w:b w:val="0"/>
          <w:color w:val="2446A6"/>
        </w:rPr>
        <w:t>[enseigne]</w:t>
      </w:r>
      <w:r>
        <w:rPr>
          <w:b w:val="0"/>
        </w:rPr>
        <w:t>, où j’ai appris à gérer les encaissements et à renseigner les clients avec le sourire. Cette expérience m’a rendu à l’aise avec les outils de caisse et les procédures d’ouverture et de fermeture.</w:t>
      </w:r>
    </w:p>
    <w:p>
      <w:r>
        <w:rPr>
          <w:b w:val="0"/>
        </w:rPr>
        <w:t xml:space="preserve">Disponible du lundi au samedi de </w:t>
      </w:r>
      <w:r>
        <w:rPr>
          <w:b w:val="0"/>
          <w:color w:val="2446A6"/>
        </w:rPr>
        <w:t>[heure]</w:t>
      </w:r>
      <w:r>
        <w:rPr>
          <w:b w:val="0"/>
        </w:rPr>
        <w:t xml:space="preserve"> à </w:t>
      </w:r>
      <w:r>
        <w:rPr>
          <w:b w:val="0"/>
          <w:color w:val="2446A6"/>
        </w:rPr>
        <w:t>[heure]</w:t>
      </w:r>
      <w:r>
        <w:rPr>
          <w:b w:val="0"/>
        </w:rPr>
        <w:t>, je peux également travailler les dimanches et jours fériés si nécessaire. Je suis mobile et possède un moyen de transport pour me rendre sur le lieu de travail.</w:t>
      </w:r>
    </w:p>
    <w:p>
      <w:r>
        <w:rPr>
          <w:b w:val="0"/>
        </w:rPr>
        <w:t>Je joins mon curriculum vitae à cette lettre et me tiens à votre disposition pour un entretien à votre convenance.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un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pour un job étudiant / job d'été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