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Écoles, 75005 Paris]</w:t>
      </w:r>
    </w:p>
    <w:p>
      <w:pPr>
        <w:spacing w:after="0"/>
      </w:pPr>
      <w:r>
        <w:rPr>
          <w:b w:val="0"/>
          <w:color w:val="2446A6"/>
        </w:rPr>
        <w:t>[06 12 34 56 78]</w:t>
      </w:r>
      <w:r>
        <w:rPr>
          <w:b w:val="0"/>
        </w:rPr>
        <w:t xml:space="preserve"> — </w:t>
      </w:r>
      <w:r>
        <w:rPr>
          <w:b w:val="0"/>
          <w:color w:val="2446A6"/>
        </w:rPr>
        <w:t>[prenom.nom@email.com]</w:t>
      </w:r>
    </w:p>
    <w:p/>
    <w:p>
      <w:pPr>
        <w:spacing w:after="0"/>
        <w:jc w:val="right"/>
      </w:pPr>
      <w:r>
        <w:rPr>
          <w:b w:val="0"/>
          <w:color w:val="2446A6"/>
        </w:rPr>
        <w:t>[Madame Claire Fontaine]</w:t>
      </w:r>
    </w:p>
    <w:p>
      <w:pPr>
        <w:spacing w:after="0"/>
        <w:jc w:val="right"/>
      </w:pPr>
      <w:r>
        <w:rPr>
          <w:b w:val="0"/>
          <w:color w:val="2446A6"/>
        </w:rPr>
        <w:t>[Responsable recrutement — {Nom de l'entreprise]</w:t>
      </w:r>
      <w:r>
        <w:rPr>
          <w:b w:val="0"/>
        </w:rPr>
        <w:t>}</w:t>
      </w:r>
    </w:p>
    <w:p>
      <w:pPr>
        <w:spacing w:after="0"/>
        <w:jc w:val="right"/>
      </w:pPr>
      <w:r>
        <w:rPr>
          <w:b w:val="0"/>
          <w:color w:val="2446A6"/>
        </w:rPr>
        <w:t>[8 avenue de la République, 69003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stage </w:t>
      </w:r>
      <w:r>
        <w:rPr>
          <w:b/>
          <w:color w:val="2446A6"/>
        </w:rPr>
        <w:t>[Assistant marketing digital]</w:t>
      </w:r>
      <w:r>
        <w:rPr>
          <w:b/>
        </w:rPr>
        <w:t xml:space="preserve"> — </w:t>
      </w:r>
      <w:r>
        <w:rPr>
          <w:b/>
          <w:color w:val="2446A6"/>
        </w:rPr>
        <w:t>[référence STG-2026-04]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Je suis étudiant en </w:t>
      </w:r>
      <w:r>
        <w:rPr>
          <w:b w:val="0"/>
          <w:color w:val="2446A6"/>
        </w:rPr>
        <w:t>[deuxième année de licence Information-Communication]</w:t>
      </w:r>
      <w:r>
        <w:rPr>
          <w:b w:val="0"/>
        </w:rPr>
        <w:t xml:space="preserve"> à </w:t>
      </w:r>
      <w:r>
        <w:rPr>
          <w:b w:val="0"/>
          <w:color w:val="2446A6"/>
        </w:rPr>
        <w:t>[l'université Paris-Sorbonne]</w:t>
      </w:r>
      <w:r>
        <w:rPr>
          <w:b w:val="0"/>
        </w:rPr>
        <w:t xml:space="preserve"> et je recherche un stage de </w:t>
      </w:r>
      <w:r>
        <w:rPr>
          <w:b w:val="0"/>
          <w:color w:val="2446A6"/>
        </w:rPr>
        <w:t>[trois mois]</w:t>
      </w:r>
      <w:r>
        <w:rPr>
          <w:b w:val="0"/>
        </w:rPr>
        <w:t xml:space="preserve"> à partir de </w:t>
      </w:r>
      <w:r>
        <w:rPr>
          <w:b w:val="0"/>
          <w:color w:val="2446A6"/>
        </w:rPr>
        <w:t>[janvier 2027]</w:t>
      </w:r>
      <w:r>
        <w:rPr>
          <w:b w:val="0"/>
        </w:rPr>
        <w:t xml:space="preserve"> dans le cadre de ma </w:t>
      </w:r>
      <w:r>
        <w:rPr>
          <w:b w:val="0"/>
          <w:color w:val="2446A6"/>
        </w:rPr>
        <w:t>[maquette pédagogique]</w:t>
      </w:r>
      <w:r>
        <w:rPr>
          <w:b w:val="0"/>
        </w:rPr>
        <w:t xml:space="preserve">. Votre annonce publiée sur </w:t>
      </w:r>
      <w:r>
        <w:rPr>
          <w:b w:val="0"/>
          <w:color w:val="2446A6"/>
        </w:rPr>
        <w:t>[JobTeaser]</w:t>
      </w:r>
      <w:r>
        <w:rPr>
          <w:b w:val="0"/>
        </w:rPr>
        <w:t xml:space="preserve"> le </w:t>
      </w:r>
      <w:r>
        <w:rPr>
          <w:b w:val="0"/>
          <w:color w:val="2446A6"/>
        </w:rPr>
        <w:t>[12 septembre]</w:t>
      </w:r>
      <w:r>
        <w:rPr>
          <w:b w:val="0"/>
        </w:rPr>
        <w:t xml:space="preserve"> correspond précisément au profil que je construis depuis </w:t>
      </w:r>
      <w:r>
        <w:rPr>
          <w:b w:val="0"/>
          <w:color w:val="2446A6"/>
        </w:rPr>
        <w:t>[deux ans]</w:t>
      </w:r>
      <w:r>
        <w:rPr>
          <w:b w:val="0"/>
        </w:rPr>
        <w:t>.</w:t>
      </w:r>
    </w:p>
    <w:p>
      <w:r>
        <w:rPr>
          <w:b w:val="0"/>
        </w:rPr>
        <w:t xml:space="preserve">En </w:t>
      </w:r>
      <w:r>
        <w:rPr>
          <w:b w:val="0"/>
          <w:color w:val="2446A6"/>
        </w:rPr>
        <w:t>[stage d'observation chez Cultura]</w:t>
      </w:r>
      <w:r>
        <w:rPr>
          <w:b w:val="0"/>
        </w:rPr>
        <w:t xml:space="preserve"> l'été dernier, j'ai </w:t>
      </w:r>
      <w:r>
        <w:rPr>
          <w:b w:val="0"/>
          <w:color w:val="2446A6"/>
        </w:rPr>
        <w:t>[animé le compte Instagram d'un magasin : 14 publications en six semaines, +22 % d'abonnés]</w:t>
      </w:r>
      <w:r>
        <w:rPr>
          <w:b w:val="0"/>
        </w:rPr>
        <w:t xml:space="preserve">. J'ai aussi </w:t>
      </w:r>
      <w:r>
        <w:rPr>
          <w:b w:val="0"/>
          <w:color w:val="2446A6"/>
        </w:rPr>
        <w:t>[rédigé six fiches produits et suivi les retours clients dans un tableur]</w:t>
      </w:r>
      <w:r>
        <w:rPr>
          <w:b w:val="0"/>
        </w:rPr>
        <w:t xml:space="preserve">. Ces tâches m'ont appris à </w:t>
      </w:r>
      <w:r>
        <w:rPr>
          <w:b w:val="0"/>
          <w:color w:val="2446A6"/>
        </w:rPr>
        <w:t>[tenir un rétroplanning et à reformuler un brief en une phrase]</w:t>
      </w:r>
      <w:r>
        <w:rPr>
          <w:b w:val="0"/>
        </w:rPr>
        <w:t>.</w:t>
      </w:r>
    </w:p>
    <w:p>
      <w:r>
        <w:rPr>
          <w:b w:val="0"/>
        </w:rPr>
        <w:t xml:space="preserve">Votre </w:t>
      </w:r>
      <w:r>
        <w:rPr>
          <w:b w:val="0"/>
          <w:color w:val="2446A6"/>
        </w:rPr>
        <w:t>[campagne de rentrée sur TikTok]</w:t>
      </w:r>
      <w:r>
        <w:rPr>
          <w:b w:val="0"/>
        </w:rPr>
        <w:t xml:space="preserve"> a retenu mon attention : </w:t>
      </w:r>
      <w:r>
        <w:rPr>
          <w:b w:val="0"/>
          <w:color w:val="2446A6"/>
        </w:rPr>
        <w:t>[le format « avant/après » sur les fournitures]</w:t>
      </w:r>
      <w:r>
        <w:rPr>
          <w:b w:val="0"/>
        </w:rPr>
        <w:t xml:space="preserve"> est exactement le type de contenu que j'ai testé </w:t>
      </w:r>
      <w:r>
        <w:rPr>
          <w:b w:val="0"/>
          <w:color w:val="2446A6"/>
        </w:rPr>
        <w:t>[en cours de création numérique]</w:t>
      </w:r>
      <w:r>
        <w:rPr>
          <w:b w:val="0"/>
        </w:rPr>
        <w:t xml:space="preserve">. Je peux prendre en charge </w:t>
      </w:r>
      <w:r>
        <w:rPr>
          <w:b w:val="0"/>
          <w:color w:val="2446A6"/>
        </w:rPr>
        <w:t>[la préparation des visuels, la planification des publications et le reporting hebdomadaire]</w:t>
      </w:r>
      <w:r>
        <w:rPr>
          <w:b w:val="0"/>
        </w:rPr>
        <w:t>.</w:t>
      </w:r>
    </w:p>
    <w:p>
      <w:r>
        <w:rPr>
          <w:b w:val="0"/>
        </w:rPr>
        <w:t xml:space="preserve">Mon </w:t>
      </w:r>
      <w:r>
        <w:rPr>
          <w:b w:val="0"/>
          <w:color w:val="2446A6"/>
        </w:rPr>
        <w:t>[relevé de notes de L2]</w:t>
      </w:r>
      <w:r>
        <w:rPr>
          <w:b w:val="0"/>
        </w:rPr>
        <w:t xml:space="preserve"> est joint, ainsi que </w:t>
      </w:r>
      <w:r>
        <w:rPr>
          <w:b w:val="0"/>
          <w:color w:val="2446A6"/>
        </w:rPr>
        <w:t>[deux exemples de contenus réalisés en cours]</w:t>
      </w:r>
      <w:r>
        <w:rPr>
          <w:b w:val="0"/>
        </w:rPr>
        <w:t xml:space="preserve">. Je suis disponible pour un entretien </w:t>
      </w:r>
      <w:r>
        <w:rPr>
          <w:b w:val="0"/>
          <w:color w:val="2446A6"/>
        </w:rPr>
        <w:t>[en visioconférence ou dans vos locaux à Lyon]</w:t>
      </w:r>
      <w:r>
        <w:rPr>
          <w:b w:val="0"/>
        </w:rPr>
        <w:t xml:space="preserve"> à votre convenance.</w:t>
      </w:r>
    </w:p>
    <w:p>
      <w:r>
        <w:rPr>
          <w:b w:val="0"/>
        </w:rPr>
        <w:t>Je vous prie d'agréer, Madame,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CV, lettre de motivation, relevé de notes L2, portfolio de deux réalisations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pour un stage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