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[11 rue des Lilas, 75020 Paris]</w:t>
      </w:r>
    </w:p>
    <w:p>
      <w:pPr>
        <w:spacing w:after="0"/>
      </w:pPr>
      <w:r>
        <w:rPr>
          <w:b w:val="0"/>
          <w:color w:val="2446A6"/>
        </w:rPr>
        <w:t>[06 12 34 56 78]</w:t>
      </w:r>
    </w:p>
    <w:p>
      <w:pPr>
        <w:spacing w:after="0"/>
      </w:pPr>
      <w:r>
        <w:rPr>
          <w:b w:val="0"/>
          <w:color w:val="2446A6"/>
        </w:rPr>
        <w:t>[prenom.nom@email.fr]</w:t>
      </w:r>
    </w:p>
    <w:p/>
    <w:p>
      <w:pPr>
        <w:spacing w:after="0"/>
        <w:jc w:val="right"/>
      </w:pPr>
      <w:r>
        <w:rPr>
          <w:b w:val="0"/>
        </w:rPr>
        <w:t>Service recrutement Alternance</w:t>
      </w:r>
    </w:p>
    <w:p>
      <w:pPr>
        <w:spacing w:after="0"/>
        <w:jc w:val="right"/>
      </w:pPr>
      <w:r>
        <w:rPr>
          <w:b w:val="0"/>
          <w:color w:val="2446A6"/>
        </w:rPr>
        <w:t>[Nom de l'entreprise ou du CFA]</w:t>
      </w:r>
    </w:p>
    <w:p>
      <w:pPr>
        <w:spacing w:after="0"/>
        <w:jc w:val="right"/>
      </w:pPr>
      <w:r>
        <w:rPr>
          <w:b w:val="0"/>
          <w:color w:val="2446A6"/>
        </w:rPr>
        <w:t>[adresse complète]</w:t>
      </w:r>
    </w:p>
    <w:p/>
    <w:p>
      <w:pPr>
        <w:jc w:val="right"/>
      </w:pPr>
      <w:r>
        <w:rPr>
          <w:b w:val="0"/>
        </w:rPr>
        <w:t xml:space="preserve">À </w:t>
      </w:r>
      <w:r>
        <w:rPr>
          <w:b w:val="0"/>
          <w:color w:val="2446A6"/>
        </w:rPr>
        <w:t>[Paris]</w:t>
      </w:r>
      <w:r>
        <w:rPr>
          <w:b w:val="0"/>
        </w:rPr>
        <w:t>, le 24 septembre 2026</w:t>
      </w:r>
    </w:p>
    <w:p>
      <w:r>
        <w:rPr>
          <w:b/>
        </w:rPr>
        <w:t xml:space="preserve">Candidature en alternance – </w:t>
      </w:r>
      <w:r>
        <w:rPr>
          <w:b/>
          <w:color w:val="2446A6"/>
        </w:rPr>
        <w:t>[BTS Management Commercial Opérationnel]</w:t>
      </w:r>
    </w:p>
    <w:p/>
    <w:p>
      <w:r>
        <w:rPr>
          <w:b w:val="0"/>
        </w:rPr>
        <w:t>Madame, Monsieur,</w:t>
      </w:r>
    </w:p>
    <w:p>
      <w:r>
        <w:rPr>
          <w:b w:val="0"/>
        </w:rPr>
        <w:t xml:space="preserve">Actuellement en préparation d’un </w:t>
      </w:r>
      <w:r>
        <w:rPr>
          <w:b w:val="0"/>
          <w:color w:val="2446A6"/>
        </w:rPr>
        <w:t>[BTS Management Commercial Opérationnel]</w:t>
      </w:r>
      <w:r>
        <w:rPr>
          <w:b w:val="0"/>
        </w:rPr>
        <w:t xml:space="preserve"> au sein du lycée </w:t>
      </w:r>
      <w:r>
        <w:rPr>
          <w:b w:val="0"/>
          <w:color w:val="2446A6"/>
        </w:rPr>
        <w:t>[Jean-Jaurès]</w:t>
      </w:r>
      <w:r>
        <w:rPr>
          <w:b w:val="0"/>
        </w:rPr>
        <w:t xml:space="preserve">, je recherche un contrat d’apprentissage de 24 mois à compter de </w:t>
      </w:r>
      <w:r>
        <w:rPr>
          <w:b w:val="0"/>
          <w:color w:val="2446A6"/>
        </w:rPr>
        <w:t>[septembre 2026]</w:t>
      </w:r>
      <w:r>
        <w:rPr>
          <w:b w:val="0"/>
        </w:rPr>
        <w:t xml:space="preserve">. Mon parcours comprend </w:t>
      </w:r>
      <w:r>
        <w:rPr>
          <w:b w:val="0"/>
          <w:color w:val="2446A6"/>
        </w:rPr>
        <w:t>[trois mois de stage en grande distribution]</w:t>
      </w:r>
      <w:r>
        <w:rPr>
          <w:b w:val="0"/>
        </w:rPr>
        <w:t xml:space="preserve"> et une saison comme </w:t>
      </w:r>
      <w:r>
        <w:rPr>
          <w:b w:val="0"/>
          <w:color w:val="2446A6"/>
        </w:rPr>
        <w:t>[vendeur chez Décathlon]</w:t>
      </w:r>
      <w:r>
        <w:rPr>
          <w:b w:val="0"/>
        </w:rPr>
        <w:t xml:space="preserve"> qui m’ont permis d’acquérir une autonomie immédiate en rayon.</w:t>
      </w:r>
    </w:p>
    <w:p>
      <w:r>
        <w:rPr>
          <w:b w:val="0"/>
        </w:rPr>
        <w:t>Titulaire d’un bac professionnel Commerce obtenu avec mention Bien, j’ai sélectionné un cursus en alternance pour appliquer chaque notion théorique lors de périodes de quatre semaines en entreprise. Mon rythme idéal est de deux jours en formation pour trois jours en poste, compatible avec les horaires de votre point de vente.</w:t>
      </w:r>
    </w:p>
    <w:p>
      <w:r>
        <w:rPr>
          <w:b w:val="0"/>
        </w:rPr>
        <w:t xml:space="preserve">Lors de ma saison estivale, j’ai tenu le rayon running en complète responsabilité le samedi, augmentant le chiffre d’affaires du secteur de </w:t>
      </w:r>
      <w:r>
        <w:rPr>
          <w:b w:val="0"/>
          <w:color w:val="2446A6"/>
        </w:rPr>
        <w:t>[8 %]</w:t>
      </w:r>
      <w:r>
        <w:rPr>
          <w:b w:val="0"/>
        </w:rPr>
        <w:t xml:space="preserve"> grâce à des propositions de ventes complémentaires systématiques. Ce résultat a été mesuré par le chef de rayon, avec qui je suis resté en contact.</w:t>
      </w:r>
    </w:p>
    <w:p>
      <w:r>
        <w:rPr>
          <w:b w:val="0"/>
        </w:rPr>
        <w:t xml:space="preserve">Je maîtrise l’encaissement sur </w:t>
      </w:r>
      <w:r>
        <w:rPr>
          <w:b w:val="0"/>
          <w:color w:val="2446A6"/>
        </w:rPr>
        <w:t>[Cegid Retail]</w:t>
      </w:r>
      <w:r>
        <w:rPr>
          <w:b w:val="0"/>
        </w:rPr>
        <w:t xml:space="preserve"> et la tenue de stock sur </w:t>
      </w:r>
      <w:r>
        <w:rPr>
          <w:b w:val="0"/>
          <w:color w:val="2446A6"/>
        </w:rPr>
        <w:t>[Sage 100]</w:t>
      </w:r>
      <w:r>
        <w:rPr>
          <w:b w:val="0"/>
        </w:rPr>
        <w:t>. Ma mobilité est assurée par le permis B et un véhicule personnel, ce qui me permettra d’intervenir sur les deux sites de l’enseigne.</w:t>
      </w:r>
    </w:p>
    <w:p>
      <w:r>
        <w:rPr>
          <w:b w:val="0"/>
        </w:rPr>
        <w:t>Je me tiens à votre disposition pour un entretien téléphonique ou physique afin de détailler mon projet. Dans cette attente, recevez, Madame, Monsieur, l’expression de ma considération distinguée.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pour une alternance</dc:title>
  <dc:subject/>
  <dc:creator/>
  <cp:keywords/>
  <dc:description/>
  <cp:lastModifiedBy/>
  <cp:revision>1</cp:revision>
  <dcterms:created xsi:type="dcterms:W3CDTF">2013-12-23T23:15:00Z</dcterms:created>
  <dcterms:modified xsi:type="dcterms:W3CDTF">2013-12-23T23:15:00Z</dcterms:modified>
  <cp:category/>
</cp:coreProperties>
</file>