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Recruteur</w:t>
      </w:r>
    </w:p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Candidature au poste de </w:t>
      </w:r>
      <w:r>
        <w:rPr>
          <w:b/>
          <w:color w:val="2446A6"/>
        </w:rPr>
        <w:t>[intitulé du poste]</w:t>
      </w:r>
    </w:p>
    <w:p/>
    <w:p/>
    <w:p>
      <w:r>
        <w:rPr>
          <w:b w:val="0"/>
        </w:rPr>
        <w:t>EXPÉRIENCE PROFESSIONNELLE</w:t>
        <w:br/>
      </w:r>
      <w:r>
        <w:rPr>
          <w:b w:val="0"/>
          <w:color w:val="2446A6"/>
        </w:rPr>
        <w:t>[Date]</w:t>
      </w:r>
      <w:r>
        <w:rPr>
          <w:b w:val="0"/>
        </w:rPr>
        <w:t xml:space="preserve"> – </w:t>
      </w:r>
      <w:r>
        <w:rPr>
          <w:b w:val="0"/>
          <w:color w:val="2446A6"/>
        </w:rPr>
        <w:t>[Date]</w:t>
      </w:r>
      <w:r>
        <w:rPr>
          <w:b w:val="0"/>
        </w:rPr>
        <w:t xml:space="preserve"> : </w:t>
      </w:r>
      <w:r>
        <w:rPr>
          <w:b w:val="0"/>
          <w:color w:val="2446A6"/>
        </w:rPr>
        <w:t>[Poste]</w:t>
      </w:r>
      <w:r>
        <w:rPr>
          <w:b w:val="0"/>
        </w:rPr>
        <w:t xml:space="preserve"> chez </w:t>
      </w:r>
      <w:r>
        <w:rPr>
          <w:b w:val="0"/>
          <w:color w:val="2446A6"/>
        </w:rPr>
        <w:t>[Entreprise]</w:t>
      </w:r>
      <w:r>
        <w:rPr>
          <w:b w:val="0"/>
        </w:rPr>
        <w:t xml:space="preserve">, </w:t>
      </w:r>
      <w:r>
        <w:rPr>
          <w:b w:val="0"/>
          <w:color w:val="2446A6"/>
        </w:rPr>
        <w:t>[Ville]</w:t>
      </w:r>
      <w:r>
        <w:rPr>
          <w:b w:val="0"/>
        </w:rPr>
        <w:br/>
        <w:t xml:space="preserve">- </w:t>
      </w:r>
      <w:r>
        <w:rPr>
          <w:b w:val="0"/>
          <w:color w:val="2446A6"/>
        </w:rPr>
        <w:t>[Réalisation chiffrée, ex. : augmentation du chiffre d'affaires de 15 % en 12 mois]</w:t>
      </w:r>
      <w:r>
        <w:rPr>
          <w:b w:val="0"/>
        </w:rPr>
        <w:br/>
        <w:t xml:space="preserve">- </w:t>
      </w:r>
      <w:r>
        <w:rPr>
          <w:b w:val="0"/>
          <w:color w:val="2446A6"/>
        </w:rPr>
        <w:t>[Réalisation chiffrée, ex. : gestion d'une équipe de 8 personnes]</w:t>
      </w:r>
      <w:r>
        <w:rPr>
          <w:b w:val="0"/>
        </w:rPr>
        <w:br/>
        <w:t xml:space="preserve">- </w:t>
      </w:r>
      <w:r>
        <w:rPr>
          <w:b w:val="0"/>
          <w:color w:val="2446A6"/>
        </w:rPr>
        <w:t>[Réalisation chiffrée, ex. : déploiement d'un nouvel ERP, 200 utilisateurs formés]</w:t>
      </w:r>
      <w:r>
        <w:rPr>
          <w:b w:val="0"/>
        </w:rPr>
        <w:br/>
        <w:br/>
      </w:r>
      <w:r>
        <w:rPr>
          <w:b w:val="0"/>
          <w:color w:val="2446A6"/>
        </w:rPr>
        <w:t>[Date]</w:t>
      </w:r>
      <w:r>
        <w:rPr>
          <w:b w:val="0"/>
        </w:rPr>
        <w:t xml:space="preserve"> – </w:t>
      </w:r>
      <w:r>
        <w:rPr>
          <w:b w:val="0"/>
          <w:color w:val="2446A6"/>
        </w:rPr>
        <w:t>[Date]</w:t>
      </w:r>
      <w:r>
        <w:rPr>
          <w:b w:val="0"/>
        </w:rPr>
        <w:t xml:space="preserve"> : </w:t>
      </w:r>
      <w:r>
        <w:rPr>
          <w:b w:val="0"/>
          <w:color w:val="2446A6"/>
        </w:rPr>
        <w:t>[Poste]</w:t>
      </w:r>
      <w:r>
        <w:rPr>
          <w:b w:val="0"/>
        </w:rPr>
        <w:t xml:space="preserve"> chez </w:t>
      </w:r>
      <w:r>
        <w:rPr>
          <w:b w:val="0"/>
          <w:color w:val="2446A6"/>
        </w:rPr>
        <w:t>[Entreprise]</w:t>
      </w:r>
      <w:r>
        <w:rPr>
          <w:b w:val="0"/>
        </w:rPr>
        <w:t xml:space="preserve">, </w:t>
      </w:r>
      <w:r>
        <w:rPr>
          <w:b w:val="0"/>
          <w:color w:val="2446A6"/>
        </w:rPr>
        <w:t>[Ville]</w:t>
      </w:r>
      <w:r>
        <w:rPr>
          <w:b w:val="0"/>
        </w:rPr>
        <w:br/>
        <w:t xml:space="preserve">- </w:t>
      </w:r>
      <w:r>
        <w:rPr>
          <w:b w:val="0"/>
          <w:color w:val="2446A6"/>
        </w:rPr>
        <w:t>[Réalisation chiffrée]</w:t>
      </w:r>
      <w:r>
        <w:rPr>
          <w:b w:val="0"/>
        </w:rPr>
        <w:br/>
        <w:t xml:space="preserve">- </w:t>
      </w:r>
      <w:r>
        <w:rPr>
          <w:b w:val="0"/>
          <w:color w:val="2446A6"/>
        </w:rPr>
        <w:t>[Réalisation chiffrée]</w:t>
      </w:r>
    </w:p>
    <w:p>
      <w:r>
        <w:rPr>
          <w:b w:val="0"/>
        </w:rPr>
        <w:t>FORMATION</w:t>
        <w:br/>
      </w:r>
      <w:r>
        <w:rPr>
          <w:b w:val="0"/>
          <w:color w:val="2446A6"/>
        </w:rPr>
        <w:t>[Date]</w:t>
      </w:r>
      <w:r>
        <w:rPr>
          <w:b w:val="0"/>
        </w:rPr>
        <w:t xml:space="preserve"> – </w:t>
      </w:r>
      <w:r>
        <w:rPr>
          <w:b w:val="0"/>
          <w:color w:val="2446A6"/>
        </w:rPr>
        <w:t>[Date]</w:t>
      </w:r>
      <w:r>
        <w:rPr>
          <w:b w:val="0"/>
        </w:rPr>
        <w:t xml:space="preserve"> : </w:t>
      </w:r>
      <w:r>
        <w:rPr>
          <w:b w:val="0"/>
          <w:color w:val="2446A6"/>
        </w:rPr>
        <w:t>[Diplôme]</w:t>
      </w:r>
      <w:r>
        <w:rPr>
          <w:b w:val="0"/>
        </w:rPr>
        <w:t xml:space="preserve">, </w:t>
      </w:r>
      <w:r>
        <w:rPr>
          <w:b w:val="0"/>
          <w:color w:val="2446A6"/>
        </w:rPr>
        <w:t>[Établissement]</w:t>
      </w:r>
      <w:r>
        <w:rPr>
          <w:b w:val="0"/>
        </w:rPr>
        <w:t xml:space="preserve">, </w:t>
      </w:r>
      <w:r>
        <w:rPr>
          <w:b w:val="0"/>
          <w:color w:val="2446A6"/>
        </w:rPr>
        <w:t>[Ville]</w:t>
      </w:r>
      <w:r>
        <w:rPr>
          <w:b w:val="0"/>
        </w:rPr>
        <w:br/>
      </w:r>
      <w:r>
        <w:rPr>
          <w:b w:val="0"/>
          <w:color w:val="2446A6"/>
        </w:rPr>
        <w:t>[Date]</w:t>
      </w:r>
      <w:r>
        <w:rPr>
          <w:b w:val="0"/>
        </w:rPr>
        <w:t xml:space="preserve"> – </w:t>
      </w:r>
      <w:r>
        <w:rPr>
          <w:b w:val="0"/>
          <w:color w:val="2446A6"/>
        </w:rPr>
        <w:t>[Date]</w:t>
      </w:r>
      <w:r>
        <w:rPr>
          <w:b w:val="0"/>
        </w:rPr>
        <w:t xml:space="preserve"> : </w:t>
      </w:r>
      <w:r>
        <w:rPr>
          <w:b w:val="0"/>
          <w:color w:val="2446A6"/>
        </w:rPr>
        <w:t>[Diplôme]</w:t>
      </w:r>
      <w:r>
        <w:rPr>
          <w:b w:val="0"/>
        </w:rPr>
        <w:t xml:space="preserve">, </w:t>
      </w:r>
      <w:r>
        <w:rPr>
          <w:b w:val="0"/>
          <w:color w:val="2446A6"/>
        </w:rPr>
        <w:t>[Établissement]</w:t>
      </w:r>
      <w:r>
        <w:rPr>
          <w:b w:val="0"/>
        </w:rPr>
        <w:t xml:space="preserve">, </w:t>
      </w:r>
      <w:r>
        <w:rPr>
          <w:b w:val="0"/>
          <w:color w:val="2446A6"/>
        </w:rPr>
        <w:t>[Ville]</w:t>
      </w:r>
    </w:p>
    <w:p>
      <w:r>
        <w:rPr>
          <w:b w:val="0"/>
        </w:rPr>
        <w:t>COMPÉTENCES</w:t>
        <w:br/>
        <w:t xml:space="preserve">- </w:t>
      </w:r>
      <w:r>
        <w:rPr>
          <w:b w:val="0"/>
          <w:color w:val="2446A6"/>
        </w:rPr>
        <w:t>[Compétence technique]</w:t>
      </w:r>
      <w:r>
        <w:rPr>
          <w:b w:val="0"/>
        </w:rPr>
        <w:t xml:space="preserve"> : </w:t>
      </w:r>
      <w:r>
        <w:rPr>
          <w:b w:val="0"/>
          <w:color w:val="2446A6"/>
        </w:rPr>
        <w:t>[niveau, ex. : avancé]</w:t>
      </w:r>
      <w:r>
        <w:rPr>
          <w:b w:val="0"/>
        </w:rPr>
        <w:br/>
        <w:t xml:space="preserve">- </w:t>
      </w:r>
      <w:r>
        <w:rPr>
          <w:b w:val="0"/>
          <w:color w:val="2446A6"/>
        </w:rPr>
        <w:t>[Compétence technique]</w:t>
      </w:r>
      <w:r>
        <w:rPr>
          <w:b w:val="0"/>
        </w:rPr>
        <w:t xml:space="preserve"> : </w:t>
      </w:r>
      <w:r>
        <w:rPr>
          <w:b w:val="0"/>
          <w:color w:val="2446A6"/>
        </w:rPr>
        <w:t>[niveau]</w:t>
      </w:r>
      <w:r>
        <w:rPr>
          <w:b w:val="0"/>
        </w:rPr>
        <w:br/>
        <w:t xml:space="preserve">- </w:t>
      </w:r>
      <w:r>
        <w:rPr>
          <w:b w:val="0"/>
          <w:color w:val="2446A6"/>
        </w:rPr>
        <w:t>[Compétence transversale]</w:t>
      </w:r>
      <w:r>
        <w:rPr>
          <w:b w:val="0"/>
        </w:rPr>
        <w:t xml:space="preserve"> : </w:t>
      </w:r>
      <w:r>
        <w:rPr>
          <w:b w:val="0"/>
          <w:color w:val="2446A6"/>
        </w:rPr>
        <w:t>[contexte d'utilisation]</w:t>
      </w:r>
    </w:p>
    <w:p>
      <w:r>
        <w:rPr>
          <w:b w:val="0"/>
        </w:rPr>
        <w:t>LANGUES</w:t>
        <w:br/>
        <w:t xml:space="preserve">- </w:t>
      </w:r>
      <w:r>
        <w:rPr>
          <w:b w:val="0"/>
          <w:color w:val="2446A6"/>
        </w:rPr>
        <w:t>[Langue]</w:t>
      </w:r>
      <w:r>
        <w:rPr>
          <w:b w:val="0"/>
        </w:rPr>
        <w:t xml:space="preserve"> : </w:t>
      </w:r>
      <w:r>
        <w:rPr>
          <w:b w:val="0"/>
          <w:color w:val="2446A6"/>
        </w:rPr>
        <w:t>[niveau, ex. : courant]</w:t>
      </w:r>
      <w:r>
        <w:rPr>
          <w:b w:val="0"/>
        </w:rPr>
        <w:br/>
        <w:t xml:space="preserve">- </w:t>
      </w:r>
      <w:r>
        <w:rPr>
          <w:b w:val="0"/>
          <w:color w:val="2446A6"/>
        </w:rPr>
        <w:t>[Langue]</w:t>
      </w:r>
      <w:r>
        <w:rPr>
          <w:b w:val="0"/>
        </w:rPr>
        <w:t xml:space="preserve"> : </w:t>
      </w:r>
      <w:r>
        <w:rPr>
          <w:b w:val="0"/>
          <w:color w:val="2446A6"/>
        </w:rPr>
        <w:t>[niveau]</w:t>
      </w:r>
    </w:p>
    <w:p>
      <w:r>
        <w:rPr>
          <w:b w:val="0"/>
        </w:rPr>
        <w:t>CENTRES D'INTÉRÊT</w:t>
        <w:br/>
        <w:t xml:space="preserve">- </w:t>
      </w:r>
      <w:r>
        <w:rPr>
          <w:b w:val="0"/>
          <w:color w:val="2446A6"/>
        </w:rPr>
        <w:t>[Activité]</w:t>
      </w:r>
      <w:r>
        <w:rPr>
          <w:b w:val="0"/>
        </w:rPr>
        <w:t xml:space="preserve"> : </w:t>
      </w:r>
      <w:r>
        <w:rPr>
          <w:b w:val="0"/>
          <w:color w:val="2446A6"/>
        </w:rPr>
        <w:t>[précision, ex. : pratique en club depuis 5 ans]</w:t>
      </w:r>
      <w:r>
        <w:rPr>
          <w:b w:val="0"/>
        </w:rPr>
        <w:br/>
        <w:t xml:space="preserve">- </w:t>
      </w:r>
      <w:r>
        <w:rPr>
          <w:b w:val="0"/>
          <w:color w:val="2446A6"/>
        </w:rPr>
        <w:t>[Activité]</w:t>
      </w:r>
      <w:r>
        <w:rPr>
          <w:b w:val="0"/>
        </w:rPr>
        <w:t xml:space="preserve"> : </w:t>
      </w:r>
      <w:r>
        <w:rPr>
          <w:b w:val="0"/>
          <w:color w:val="2446A6"/>
        </w:rPr>
        <w:t>[précision]</w:t>
      </w:r>
    </w:p>
    <w:p/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professionnel : exemple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