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[numéro]</w:t>
      </w:r>
    </w:p>
    <w:p>
      <w:pPr>
        <w:spacing w:after="0"/>
      </w:pPr>
      <w:r>
        <w:rPr>
          <w:b w:val="0"/>
        </w:rPr>
        <w:t xml:space="preserve">Email : </w:t>
      </w:r>
      <w:r>
        <w:rPr>
          <w:b w:val="0"/>
          <w:color w:val="2446A6"/>
        </w:rPr>
        <w:t>[adresse email]</w:t>
      </w:r>
    </w:p>
    <w:p/>
    <w:p>
      <w:pPr>
        <w:spacing w:after="0"/>
        <w:jc w:val="right"/>
      </w:pPr>
      <w:r>
        <w:rPr>
          <w:b w:val="0"/>
          <w:color w:val="2446A6"/>
        </w:rPr>
        <w:t>[Nom de l’assureur]</w:t>
      </w:r>
    </w:p>
    <w:p>
      <w:pPr>
        <w:spacing w:after="0"/>
        <w:jc w:val="right"/>
      </w:pPr>
      <w:r>
        <w:rPr>
          <w:b w:val="0"/>
        </w:rPr>
        <w:t>Service Résiliation</w:t>
      </w:r>
    </w:p>
    <w:p>
      <w:pPr>
        <w:spacing w:after="0"/>
        <w:jc w:val="right"/>
      </w:pPr>
      <w:r>
        <w:rPr>
          <w:b w:val="0"/>
          <w:color w:val="2446A6"/>
        </w:rPr>
        <w:t>[Adresse]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Résiliation du contrat d’assurance automobile n° </w:t>
      </w:r>
      <w:r>
        <w:rPr>
          <w:b/>
          <w:color w:val="2446A6"/>
        </w:rPr>
        <w:t>[numéro de contrat]</w:t>
      </w:r>
    </w:p>
    <w:p/>
    <w:p>
      <w:r>
        <w:rPr>
          <w:b w:val="0"/>
        </w:rPr>
        <w:t>Madame, Monsieur,</w:t>
      </w:r>
    </w:p>
    <w:p>
      <w:r>
        <w:rPr>
          <w:b w:val="0"/>
        </w:rPr>
        <w:t xml:space="preserve">En application de l’article L113-12 du Code des assurances, je vous informe de ma décision de résilier le contrat d’assurance automobile n° </w:t>
      </w:r>
      <w:r>
        <w:rPr>
          <w:b w:val="0"/>
          <w:color w:val="2446A6"/>
        </w:rPr>
        <w:t>[numéro de contrat]</w:t>
      </w:r>
      <w:r>
        <w:rPr>
          <w:b w:val="0"/>
        </w:rPr>
        <w:t xml:space="preserve">, souscrit le </w:t>
      </w:r>
      <w:r>
        <w:rPr>
          <w:b w:val="0"/>
          <w:color w:val="2446A6"/>
        </w:rPr>
        <w:t>[date de souscription]</w:t>
      </w:r>
      <w:r>
        <w:rPr>
          <w:b w:val="0"/>
        </w:rPr>
        <w:t xml:space="preserve">, à sa prochaine échéance annuelle prévue le </w:t>
      </w:r>
      <w:r>
        <w:rPr>
          <w:b w:val="0"/>
          <w:color w:val="2446A6"/>
        </w:rPr>
        <w:t>[date d’échéance]</w:t>
      </w:r>
      <w:r>
        <w:rPr>
          <w:b w:val="0"/>
        </w:rPr>
        <w:t>. La présente notification respecte le délai de préavis de deux mois imposé par la loi. Si l’avis d’échéance ne m’a pas été adressé au moins 15 jours avant la date limite de résiliation, je me réserve le droit de résilier dans les 20 jours suivant sa réception, conformément à l’article L113-15-1.</w:t>
      </w:r>
    </w:p>
    <w:p>
      <w:r>
        <w:rPr>
          <w:b w:val="0"/>
        </w:rPr>
        <w:t>Je vous remercie de bien vouloir me confirmer par écrit la prise en compte de cette résiliation et de m’indiquer la date exacte de cessation des garanties. Conformément à l’article L113-14, je vous demande de m’adresser cette confirmation dans les meilleurs délais. Je vous prie également de me faire parvenir mon relevé d’information, document obligatoire pour la souscription d’un nouveau contrat.</w:t>
      </w:r>
    </w:p>
    <w:p>
      <w:r>
        <w:rPr>
          <w:b w:val="0"/>
        </w:rPr>
        <w:t>Je vous informe que cette résiliation est notifiée par lettre recommandée avec accusé de réception. Je reste à votre disposition pour toute information complémentaire et vous prie d’agréer, Madame, Monsieur, l’expression de mes salutations distinguées.</w:t>
      </w:r>
    </w:p>
    <w:p>
      <w:r>
        <w:rPr>
          <w:b w:val="0"/>
        </w:rPr>
        <w:t>Je vous prie d’agréer, Madame, Monsieur, l’expression de mes salutations distinguées.</w:t>
      </w:r>
    </w:p>
    <w:p/>
    <w:p>
      <w:pPr>
        <w:jc w:val="right"/>
      </w:pPr>
      <w:r>
        <w:rPr>
          <w:b w:val="0"/>
          <w:color w:val="2446A6"/>
        </w:rPr>
        <w:t>[Prénom Nom]</w:t>
      </w:r>
    </w:p>
    <w:p/>
    <w:p>
      <w:r>
        <w:rPr>
          <w:b w:val="0"/>
        </w:rPr>
        <w:t>Pièce jointe : Avis d’échéance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Assurance auto : quel délai pour résilier ?</dc:title>
  <dc:subject/>
  <dc:creator/>
  <cp:keywords/>
  <dc:description/>
  <cp:lastModifiedBy/>
  <cp:revision>1</cp:revision>
  <dcterms:created xsi:type="dcterms:W3CDTF">2013-12-23T23:15:00Z</dcterms:created>
  <dcterms:modified xsi:type="dcterms:W3CDTF">2013-12-23T23:15:00Z</dcterms:modified>
  <cp:category/>
</cp:coreProperties>
</file>