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Chère </w:t>
      </w:r>
      <w:r>
        <w:rPr>
          <w:b w:val="0"/>
          <w:color w:val="2446A6"/>
        </w:rPr>
        <w:t>[Martine]</w:t>
      </w:r>
      <w:r>
        <w:rPr>
          <w:b w:val="0"/>
        </w:rPr>
        <w:t>,</w:t>
      </w:r>
    </w:p>
    <w:p>
      <w:r>
        <w:rPr>
          <w:b w:val="0"/>
        </w:rPr>
        <w:t xml:space="preserve">Je repense au matin de septembre </w:t>
      </w:r>
      <w:r>
        <w:rPr>
          <w:b w:val="0"/>
          <w:color w:val="2446A6"/>
        </w:rPr>
        <w:t>[2014]</w:t>
      </w:r>
      <w:r>
        <w:rPr>
          <w:b w:val="0"/>
        </w:rPr>
        <w:t xml:space="preserve"> où tu as posé un café sur mon bureau en me disant que les listes d’élèves finiraient bien par rentrer dans les cases. On a tenu </w:t>
      </w:r>
      <w:r>
        <w:rPr>
          <w:b w:val="0"/>
          <w:color w:val="2446A6"/>
        </w:rPr>
        <w:t>[onze]</w:t>
      </w:r>
      <w:r>
        <w:rPr>
          <w:b w:val="0"/>
        </w:rPr>
        <w:t xml:space="preserve"> rentrées ensemble, avec les mêmes rituels : la commande de fournitures, les bulletins du premier trimestre, ta manie de surligner les dates de réunion en jaune. Aujourd’hui, c’est toi qui ranges tes classeurs pour la dernière fois.</w:t>
      </w:r>
    </w:p>
    <w:p>
      <w:r>
        <w:rPr>
          <w:b w:val="0"/>
        </w:rPr>
        <w:t>Je te souhaite des matins sans sonnerie, des mardis entiers pour ton jardin et des voyages où tu ne compteras plus les jours. Garde ton carnet de recettes sur la table de la salle des maîtres : on en aura encore besoin pour les anniversaires.</w:t>
      </w:r>
    </w:p>
    <w:p>
      <w:r>
        <w:rPr>
          <w:b w:val="0"/>
        </w:rPr>
        <w:t>Merci pour ta patience avec les élèves, pour ton calme quand la photocopieuse rendait l’âme et pour tes fous rires pendant les conseils de classe. La porte de l’école restera ouverte, et le café sera prêt si tu passes nous voir un jeudi midi.</w:t>
      </w:r>
    </w:p>
    <w:p>
      <w:r>
        <w:rPr>
          <w:b w:val="0"/>
        </w:rPr>
        <w:t>Avec toute mon amitié,</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départ retraite pour une collègue</dc:title>
  <dc:subject/>
  <dc:creator/>
  <cp:keywords/>
  <dc:description/>
  <cp:lastModifiedBy/>
  <cp:revision>1</cp:revision>
  <dcterms:created xsi:type="dcterms:W3CDTF">2013-12-23T23:15:00Z</dcterms:created>
  <dcterms:modified xsi:type="dcterms:W3CDTF">2013-12-23T23:15:00Z</dcterms:modified>
  <cp:category/>
</cp:coreProperties>
</file>