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[Madame Sophie Martin]</w:t>
      </w:r>
    </w:p>
    <w:p>
      <w:pPr>
        <w:spacing w:after="0"/>
      </w:pPr>
      <w:r>
        <w:rPr>
          <w:b w:val="0"/>
          <w:color w:val="2446A6"/>
        </w:rPr>
        <w:t>[12 rue de la Liberté, 75015 Paris]</w:t>
      </w:r>
    </w:p>
    <w:p>
      <w:pPr>
        <w:spacing w:after="0"/>
      </w:pPr>
      <w:r>
        <w:rPr>
          <w:b w:val="0"/>
          <w:color w:val="2446A6"/>
        </w:rPr>
        <w:t>[06 12 34 56 78]</w:t>
      </w:r>
    </w:p>
    <w:p>
      <w:pPr>
        <w:spacing w:after="0"/>
      </w:pPr>
      <w:r>
        <w:rPr>
          <w:b w:val="0"/>
          <w:color w:val="2446A6"/>
        </w:rPr>
        <w:t>[sophie.martin@email.fr]</w:t>
      </w:r>
    </w:p>
    <w:p/>
    <w:p>
      <w:pPr>
        <w:spacing w:after="0"/>
        <w:jc w:val="right"/>
      </w:pPr>
      <w:r>
        <w:rPr>
          <w:b w:val="0"/>
        </w:rPr>
        <w:t>Direction des Services Départementaux de l'Éducation Nationale de la Marne</w:t>
      </w:r>
    </w:p>
    <w:p>
      <w:pPr>
        <w:spacing w:after="0"/>
        <w:jc w:val="right"/>
      </w:pPr>
      <w:r>
        <w:rPr>
          <w:b w:val="0"/>
        </w:rPr>
        <w:t>Service de la scolarité</w:t>
      </w:r>
    </w:p>
    <w:p>
      <w:pPr>
        <w:spacing w:after="0"/>
        <w:jc w:val="right"/>
      </w:pPr>
      <w:r>
        <w:rPr>
          <w:b w:val="0"/>
        </w:rPr>
        <w:t>1 rue du Docteur Calmette, 51000 Châlons-en-Champagne</w:t>
      </w:r>
    </w:p>
    <w:p/>
    <w:p>
      <w:pPr>
        <w:jc w:val="right"/>
      </w:pPr>
      <w:r>
        <w:rPr>
          <w:b w:val="0"/>
        </w:rPr>
        <w:t xml:space="preserve">À </w:t>
      </w:r>
      <w:r>
        <w:rPr>
          <w:b w:val="0"/>
          <w:color w:val="2446A6"/>
        </w:rPr>
        <w:t>[Paris]</w:t>
      </w:r>
      <w:r>
        <w:rPr>
          <w:b w:val="0"/>
        </w:rPr>
        <w:t xml:space="preserve">, le </w:t>
      </w:r>
      <w:r>
        <w:rPr>
          <w:b w:val="0"/>
          <w:color w:val="2446A6"/>
        </w:rPr>
        <w:t>[15 mai 2027]</w:t>
      </w:r>
    </w:p>
    <w:p>
      <w:pPr>
        <w:spacing w:after="0"/>
      </w:pPr>
      <w:r>
        <w:rPr>
          <w:b/>
        </w:rPr>
        <w:t>Lettre recommandée avec accusé de réception</w:t>
      </w:r>
    </w:p>
    <w:p>
      <w:r>
        <w:rPr>
          <w:b/>
        </w:rPr>
        <w:t xml:space="preserve">Objet : Demande de dérogation scolaire pour </w:t>
      </w:r>
      <w:r>
        <w:rPr>
          <w:b/>
          <w:color w:val="2446A6"/>
        </w:rPr>
        <w:t>[Emma Martin]</w:t>
      </w:r>
    </w:p>
    <w:p/>
    <w:p>
      <w:r>
        <w:rPr>
          <w:b w:val="0"/>
        </w:rPr>
        <w:t>Madame, Monsieur,</w:t>
      </w:r>
    </w:p>
    <w:p>
      <w:r>
        <w:rPr>
          <w:b w:val="0"/>
        </w:rPr>
        <w:t xml:space="preserve">Je soussignée </w:t>
      </w:r>
      <w:r>
        <w:rPr>
          <w:b w:val="0"/>
          <w:color w:val="2446A6"/>
        </w:rPr>
        <w:t>[Madame Sophie Martin]</w:t>
      </w:r>
      <w:r>
        <w:rPr>
          <w:b w:val="0"/>
        </w:rPr>
        <w:t xml:space="preserve">, agissant en qualité de représentante légale de ma fille </w:t>
      </w:r>
      <w:r>
        <w:rPr>
          <w:b w:val="0"/>
          <w:color w:val="2446A6"/>
        </w:rPr>
        <w:t>[Emma Martin]</w:t>
      </w:r>
      <w:r>
        <w:rPr>
          <w:b w:val="0"/>
        </w:rPr>
        <w:t xml:space="preserve">, née le </w:t>
      </w:r>
      <w:r>
        <w:rPr>
          <w:b w:val="0"/>
          <w:color w:val="2446A6"/>
        </w:rPr>
        <w:t>[15 mars 2012]</w:t>
      </w:r>
      <w:r>
        <w:rPr>
          <w:b w:val="0"/>
        </w:rPr>
        <w:t xml:space="preserve"> et actuellement scolarisée en CM2 à l'école </w:t>
      </w:r>
      <w:r>
        <w:rPr>
          <w:b w:val="0"/>
          <w:color w:val="2446A6"/>
        </w:rPr>
        <w:t>[Jean Jaurès]</w:t>
      </w:r>
      <w:r>
        <w:rPr>
          <w:b w:val="0"/>
        </w:rPr>
        <w:t xml:space="preserve"> de </w:t>
      </w:r>
      <w:r>
        <w:rPr>
          <w:b w:val="0"/>
          <w:color w:val="2446A6"/>
        </w:rPr>
        <w:t>[Paris 15e]</w:t>
      </w:r>
      <w:r>
        <w:rPr>
          <w:b w:val="0"/>
        </w:rPr>
        <w:t xml:space="preserve">, vous adresse une demande de dérogation scolaire pour son admission en classe de 6e au collège </w:t>
      </w:r>
      <w:r>
        <w:rPr>
          <w:b w:val="0"/>
          <w:color w:val="2446A6"/>
        </w:rPr>
        <w:t>[Pierre Mendès France]</w:t>
      </w:r>
      <w:r>
        <w:rPr>
          <w:b w:val="0"/>
        </w:rPr>
        <w:t xml:space="preserve"> situé à </w:t>
      </w:r>
      <w:r>
        <w:rPr>
          <w:b w:val="0"/>
          <w:color w:val="2446A6"/>
        </w:rPr>
        <w:t>[Paris 14e]</w:t>
      </w:r>
      <w:r>
        <w:rPr>
          <w:b w:val="0"/>
        </w:rPr>
        <w:t>, au titre de la rentrée scolaire 2027-2028.</w:t>
      </w:r>
    </w:p>
    <w:p>
      <w:r>
        <w:rPr>
          <w:b w:val="0"/>
        </w:rPr>
        <w:t xml:space="preserve">Le collège de secteur correspondant à notre domicile, le collège </w:t>
      </w:r>
      <w:r>
        <w:rPr>
          <w:b w:val="0"/>
          <w:color w:val="2446A6"/>
        </w:rPr>
        <w:t>[Georges Clemenceau]</w:t>
      </w:r>
      <w:r>
        <w:rPr>
          <w:b w:val="0"/>
        </w:rPr>
        <w:t xml:space="preserve">, ne propose pas la section internationale britannique que notre enfant suit depuis le CP avec des résultats attestés par le livret scolaire. L'article D211-10 du Code de l'éducation prévoit la possibilité de dérogation pour suivre un parcours pédagogique spécifique. Le collège </w:t>
      </w:r>
      <w:r>
        <w:rPr>
          <w:b w:val="0"/>
          <w:color w:val="2446A6"/>
        </w:rPr>
        <w:t>[Pierre Mendès France]</w:t>
      </w:r>
      <w:r>
        <w:rPr>
          <w:b w:val="0"/>
        </w:rPr>
        <w:t xml:space="preserve"> dispose de cette section, dont l'admission est conditionnée à un test linguistique que notre fille a réussi le 5 juin 2027 (attestation jointe).</w:t>
      </w:r>
    </w:p>
    <w:p>
      <w:r>
        <w:rPr>
          <w:b w:val="0"/>
        </w:rPr>
        <w:t>Conformément à la circulaire n° 2017-077 du 24 mai 2017 relative à la carte scolaire, nous sollicitons également la dérogation au motif de la continuité éducative : notre fille a tissé un réseau d'amitié et un suivi avec un psychologue scolaire depuis deux ans, rattaché au réseau d'éducation prioritaire du collège sollicité.</w:t>
      </w:r>
    </w:p>
    <w:p>
      <w:r>
        <w:rPr>
          <w:b w:val="0"/>
        </w:rPr>
        <w:t>Je reste à votre disposition pour tout entretien complémentaire et vous prie de bien vouloir examiner favorablement cette demande.</w:t>
      </w:r>
    </w:p>
    <w:p>
      <w:r>
        <w:rPr>
          <w:b w:val="0"/>
        </w:rPr>
        <w:t>Je vous prie d'agréer, Madame, Monsieur, l'expression de ma considération distinguée.</w:t>
      </w:r>
    </w:p>
    <w:p/>
    <w:p>
      <w:pPr>
        <w:jc w:val="right"/>
      </w:pPr>
      <w:r>
        <w:rPr>
          <w:b w:val="0"/>
          <w:color w:val="2446A6"/>
        </w:rPr>
        <w:t>[Sophie Martin]</w:t>
      </w:r>
    </w:p>
    <w:p/>
    <w:p>
      <w:r>
        <w:rPr>
          <w:b w:val="0"/>
        </w:rPr>
        <w:t>Pièces jointes : copie du livret de famille, justificatif de domicile de moins de trois mois, attestation de réussite au test linguistique, lettre de motivation de l'élève, certificat de scolarité, attestation du psychologue scolaire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dérogation scolaire : modèle</dc:title>
  <dc:subject/>
  <dc:creator/>
  <cp:keywords/>
  <dc:description/>
  <cp:lastModifiedBy/>
  <cp:revision>1</cp:revision>
  <dcterms:created xsi:type="dcterms:W3CDTF">2013-12-23T23:15:00Z</dcterms:created>
  <dcterms:modified xsi:type="dcterms:W3CDTF">2013-12-23T23:15:00Z</dcterms:modified>
  <cp:category/>
</cp:coreProperties>
</file>