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69003 Lyon]</w:t>
      </w:r>
    </w:p>
    <w:p>
      <w:pPr>
        <w:spacing w:after="0"/>
      </w:pPr>
      <w:r>
        <w:rPr>
          <w:b w:val="0"/>
          <w:color w:val="2446A6"/>
        </w:rPr>
        <w:t>[06 12 34 56 78]</w:t>
      </w:r>
      <w:r>
        <w:rPr>
          <w:b w:val="0"/>
        </w:rPr>
        <w:t xml:space="preserve"> — </w:t>
      </w:r>
      <w:r>
        <w:rPr>
          <w:b w:val="0"/>
          <w:color w:val="2446A6"/>
        </w:rPr>
        <w:t>[prenom.nom@email.fr]</w:t>
      </w:r>
    </w:p>
    <w:p/>
    <w:p>
      <w:pPr>
        <w:spacing w:after="0"/>
        <w:jc w:val="right"/>
      </w:pPr>
      <w:r>
        <w:rPr>
          <w:b w:val="0"/>
        </w:rPr>
        <w:t xml:space="preserve">Madame </w:t>
      </w:r>
      <w:r>
        <w:rPr>
          <w:b w:val="0"/>
          <w:color w:val="2446A6"/>
        </w:rPr>
        <w:t>[Claire Fontaine]</w:t>
      </w:r>
    </w:p>
    <w:p>
      <w:pPr>
        <w:spacing w:after="0"/>
        <w:jc w:val="right"/>
      </w:pPr>
      <w:r>
        <w:rPr>
          <w:b w:val="0"/>
        </w:rPr>
        <w:t>Directrice des ressources humaines</w:t>
      </w:r>
    </w:p>
    <w:p>
      <w:pPr>
        <w:spacing w:after="0"/>
        <w:jc w:val="right"/>
      </w:pPr>
      <w:r>
        <w:rPr>
          <w:b w:val="0"/>
          <w:color w:val="2446A6"/>
        </w:rPr>
        <w:t>[Groupe Vallier]</w:t>
      </w:r>
      <w:r>
        <w:rPr>
          <w:b w:val="0"/>
        </w:rPr>
        <w:t xml:space="preserve">, </w:t>
      </w:r>
      <w:r>
        <w:rPr>
          <w:b w:val="0"/>
          <w:color w:val="2446A6"/>
        </w:rPr>
        <w:t>[45 avenue de la République, 75011 Paris]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 xml:space="preserve">Objet : candidature au poste de </w:t>
      </w:r>
      <w:r>
        <w:rPr>
          <w:b/>
          <w:color w:val="2446A6"/>
        </w:rPr>
        <w:t>[chef de rayon]</w:t>
      </w:r>
      <w:r>
        <w:rPr>
          <w:b/>
        </w:rPr>
        <w:t xml:space="preserve"> — référence </w:t>
      </w:r>
      <w:r>
        <w:rPr>
          <w:b/>
          <w:color w:val="2446A6"/>
        </w:rPr>
        <w:t>[2026-CR-14]</w:t>
      </w:r>
    </w:p>
    <w:p/>
    <w:p>
      <w:r>
        <w:rPr>
          <w:b w:val="0"/>
        </w:rPr>
        <w:t>Madame,</w:t>
      </w:r>
    </w:p>
    <w:p>
      <w:r>
        <w:rPr>
          <w:b w:val="0"/>
        </w:rPr>
        <w:t xml:space="preserve">Votre annonce publiée sur </w:t>
      </w:r>
      <w:r>
        <w:rPr>
          <w:b w:val="0"/>
          <w:color w:val="2446A6"/>
        </w:rPr>
        <w:t>[le site de Groupe Vallier]</w:t>
      </w:r>
      <w:r>
        <w:rPr>
          <w:b w:val="0"/>
        </w:rPr>
        <w:t xml:space="preserve"> pour un poste de </w:t>
      </w:r>
      <w:r>
        <w:rPr>
          <w:b w:val="0"/>
          <w:color w:val="2446A6"/>
        </w:rPr>
        <w:t>[chef de rayon]</w:t>
      </w:r>
      <w:r>
        <w:rPr>
          <w:b w:val="0"/>
        </w:rPr>
        <w:t xml:space="preserve"> dans votre magasin du </w:t>
      </w:r>
      <w:r>
        <w:rPr>
          <w:b w:val="0"/>
          <w:color w:val="2446A6"/>
        </w:rPr>
        <w:t>[11e arrondissement]</w:t>
      </w:r>
      <w:r>
        <w:rPr>
          <w:b w:val="0"/>
        </w:rPr>
        <w:t xml:space="preserve"> correspond à l'étape que je cherche à franchir après </w:t>
      </w:r>
      <w:r>
        <w:rPr>
          <w:b w:val="0"/>
          <w:color w:val="2446A6"/>
        </w:rPr>
        <w:t>[sept ans]</w:t>
      </w:r>
      <w:r>
        <w:rPr>
          <w:b w:val="0"/>
        </w:rPr>
        <w:t xml:space="preserve"> en grande distribution.</w:t>
      </w:r>
    </w:p>
    <w:p>
      <w:r>
        <w:rPr>
          <w:b w:val="0"/>
        </w:rPr>
        <w:t xml:space="preserve">Chez </w:t>
      </w:r>
      <w:r>
        <w:rPr>
          <w:b w:val="0"/>
          <w:color w:val="2446A6"/>
        </w:rPr>
        <w:t>[Enseigne]</w:t>
      </w:r>
      <w:r>
        <w:rPr>
          <w:b w:val="0"/>
        </w:rPr>
        <w:t xml:space="preserve">, je gère un rayon de </w:t>
      </w:r>
      <w:r>
        <w:rPr>
          <w:b w:val="0"/>
          <w:color w:val="2446A6"/>
        </w:rPr>
        <w:t>[1 200 références]</w:t>
      </w:r>
      <w:r>
        <w:rPr>
          <w:b w:val="0"/>
        </w:rPr>
        <w:t xml:space="preserve"> et une équipe de </w:t>
      </w:r>
      <w:r>
        <w:rPr>
          <w:b w:val="0"/>
          <w:color w:val="2446A6"/>
        </w:rPr>
        <w:t>[six vendeurs]</w:t>
      </w:r>
      <w:r>
        <w:rPr>
          <w:b w:val="0"/>
        </w:rPr>
        <w:t xml:space="preserve">. Sur le dernier exercice, j'ai ramené le taux de rupture de </w:t>
      </w:r>
      <w:r>
        <w:rPr>
          <w:b w:val="0"/>
          <w:color w:val="2446A6"/>
        </w:rPr>
        <w:t>[9 %]</w:t>
      </w:r>
      <w:r>
        <w:rPr>
          <w:b w:val="0"/>
        </w:rPr>
        <w:t xml:space="preserve"> à </w:t>
      </w:r>
      <w:r>
        <w:rPr>
          <w:b w:val="0"/>
          <w:color w:val="2446A6"/>
        </w:rPr>
        <w:t>[3 %]</w:t>
      </w:r>
      <w:r>
        <w:rPr>
          <w:b w:val="0"/>
        </w:rPr>
        <w:t xml:space="preserve"> en réorganisant les commandes sur deux jours fixes par semaine, et la démarque inconnue a baissé de </w:t>
      </w:r>
      <w:r>
        <w:rPr>
          <w:b w:val="0"/>
          <w:color w:val="2446A6"/>
        </w:rPr>
        <w:t>[0,4 point]</w:t>
      </w:r>
      <w:r>
        <w:rPr>
          <w:b w:val="0"/>
        </w:rPr>
        <w:t xml:space="preserve"> après la mise en place de comptages tournants.</w:t>
      </w:r>
    </w:p>
    <w:p>
      <w:r>
        <w:rPr>
          <w:b w:val="0"/>
        </w:rPr>
        <w:t xml:space="preserve">Je pilote les plannings, les entretiens annuels et la formation des nouveaux arrivants. J'ai formé </w:t>
      </w:r>
      <w:r>
        <w:rPr>
          <w:b w:val="0"/>
          <w:color w:val="2446A6"/>
        </w:rPr>
        <w:t>[quatre]</w:t>
      </w:r>
      <w:r>
        <w:rPr>
          <w:b w:val="0"/>
        </w:rPr>
        <w:t xml:space="preserve"> contrats professionnels depuis </w:t>
      </w:r>
      <w:r>
        <w:rPr>
          <w:b w:val="0"/>
          <w:color w:val="2446A6"/>
        </w:rPr>
        <w:t>[2023]</w:t>
      </w:r>
      <w:r>
        <w:rPr>
          <w:b w:val="0"/>
        </w:rPr>
        <w:t xml:space="preserve">, dont </w:t>
      </w:r>
      <w:r>
        <w:rPr>
          <w:b w:val="0"/>
          <w:color w:val="2446A6"/>
        </w:rPr>
        <w:t>[trois]</w:t>
      </w:r>
      <w:r>
        <w:rPr>
          <w:b w:val="0"/>
        </w:rPr>
        <w:t xml:space="preserve"> sont restés en CDI dans l'enseigne.</w:t>
      </w:r>
    </w:p>
    <w:p>
      <w:r>
        <w:rPr>
          <w:b w:val="0"/>
        </w:rPr>
        <w:t xml:space="preserve">Je suis disponible pour un entretien à </w:t>
      </w:r>
      <w:r>
        <w:rPr>
          <w:b w:val="0"/>
          <w:color w:val="2446A6"/>
        </w:rPr>
        <w:t>[Paris]</w:t>
      </w:r>
      <w:r>
        <w:rPr>
          <w:b w:val="0"/>
        </w:rPr>
        <w:t xml:space="preserve"> à partir du </w:t>
      </w:r>
      <w:r>
        <w:rPr>
          <w:b w:val="0"/>
          <w:color w:val="2446A6"/>
        </w:rPr>
        <w:t>[1er octobre]</w:t>
      </w:r>
      <w:r>
        <w:rPr>
          <w:b w:val="0"/>
        </w:rPr>
        <w:t>, et je peux me libérer sous 48 heures.</w:t>
      </w:r>
    </w:p>
    <w:p>
      <w:r>
        <w:rPr>
          <w:b w:val="0"/>
        </w:rPr>
        <w:t>Vous trouverez mon CV en pièce jointe, avec le détail des indicateurs de mon rayon actuel.</w:t>
      </w:r>
    </w:p>
    <w:p>
      <w:r>
        <w:rPr>
          <w:b w:val="0"/>
        </w:rPr>
        <w:t>Je vous prie d'agréer, Madame,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 (1 page, PDF)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Exemple de CV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