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rPr>
        <w:t>Camille Ferrand</w:t>
      </w:r>
    </w:p>
    <w:p>
      <w:pPr>
        <w:spacing w:after="0"/>
      </w:pPr>
      <w:r>
        <w:rPr>
          <w:b w:val="0"/>
        </w:rPr>
        <w:t>18 rue des Tilleuls, 69003 Lyon</w:t>
      </w:r>
    </w:p>
    <w:p>
      <w:pPr>
        <w:spacing w:after="0"/>
      </w:pPr>
      <w:r>
        <w:rPr>
          <w:b w:val="0"/>
        </w:rPr>
        <w:t>06 42 17 88 03 — camille.ferrand@email.fr</w:t>
      </w:r>
    </w:p>
    <w:p/>
    <w:p>
      <w:pPr>
        <w:spacing w:after="0"/>
        <w:jc w:val="right"/>
      </w:pPr>
      <w:r>
        <w:rPr>
          <w:b w:val="0"/>
        </w:rPr>
        <w:t>Madame Sophie Marchand</w:t>
      </w:r>
    </w:p>
    <w:p>
      <w:pPr>
        <w:spacing w:after="0"/>
        <w:jc w:val="right"/>
      </w:pPr>
      <w:r>
        <w:rPr>
          <w:b w:val="0"/>
        </w:rPr>
        <w:t>Directrice du magasin Maison Verte</w:t>
      </w:r>
    </w:p>
    <w:p>
      <w:pPr>
        <w:spacing w:after="0"/>
        <w:jc w:val="right"/>
      </w:pPr>
      <w:r>
        <w:rPr>
          <w:b w:val="0"/>
        </w:rPr>
        <w:t>42 avenue Jean-Jaurès, 69007 Lyon</w:t>
      </w:r>
    </w:p>
    <w:p/>
    <w:p>
      <w:pPr>
        <w:jc w:val="right"/>
      </w:pPr>
      <w:r>
        <w:rPr>
          <w:b w:val="0"/>
        </w:rPr>
        <w:t>À Lyon, le 24 septembre 2026</w:t>
      </w:r>
    </w:p>
    <w:p>
      <w:r>
        <w:rPr>
          <w:b/>
        </w:rPr>
        <w:t>Objet : candidature au poste de conseillère de vente (réf. CV-2026-114)</w:t>
      </w:r>
    </w:p>
    <w:p/>
    <w:p>
      <w:r>
        <w:rPr>
          <w:b w:val="0"/>
        </w:rPr>
        <w:t>Madame,</w:t>
      </w:r>
    </w:p>
    <w:p>
      <w:r>
        <w:rPr>
          <w:b w:val="0"/>
        </w:rPr>
        <w:t>Votre annonce pour un poste de conseillère de vente au sein de Maison Verte, publiée le 18 septembre sur le site de l'enseigne, correspond précisément au métier que j'exerce depuis quatre ans.</w:t>
      </w:r>
    </w:p>
    <w:p>
      <w:r>
        <w:rPr>
          <w:b w:val="0"/>
        </w:rPr>
        <w:t>Vendeuse au rayon art de la table d'une boutique de 400 m², je gère un linéaire de 120 références et j'ai porté le chiffre d'affaires de mon rayon de 18 % en deux saisons, en réimplantant les collections par usage plutôt que par marque. La tenue de la caisse, les réassorts et les inventaires mensuels font partie de mon quotidien, comme l'accueil des clients fidèles que je suis amenée à rappeler dès l'arrivée d'une nouvelle collection.</w:t>
      </w:r>
    </w:p>
    <w:p>
      <w:r>
        <w:rPr>
          <w:b w:val="0"/>
        </w:rPr>
        <w:t>Maison Verte fabrique ses collections en France et travaille avec des ateliers lyonnais : c'est ce circuit court qui m'a décidée à candidater plutôt qu'ailleurs. Je suis disponible pour une prise de poste au 1er novembre et je peux me rendre en boutique pour un essai sur une demi-journée, y compris le samedi.</w:t>
      </w:r>
    </w:p>
    <w:p>
      <w:r>
        <w:rPr>
          <w:b w:val="0"/>
        </w:rPr>
        <w:t>Je reste à votre disposition pour vous présenter mes résultats chiffrés et vous parler de la façon dont j'organise une journée de vente.</w:t>
      </w:r>
    </w:p>
    <w:p>
      <w:r>
        <w:rPr>
          <w:b w:val="0"/>
        </w:rPr>
        <w:t>Je vous prie d'agréer, Madame, l'expression de mes salutations distinguées.</w:t>
      </w:r>
    </w:p>
    <w:p>
      <w:r>
        <w:rPr>
          <w:b w:val="0"/>
        </w:rPr>
        <w:t>Je vous prie d'agréer, Madame, l'expression de mes salutations distinguées.</w:t>
      </w:r>
    </w:p>
    <w:p/>
    <w:p>
      <w:pPr>
        <w:jc w:val="right"/>
      </w:pPr>
      <w:r>
        <w:rPr>
          <w:b w:val="0"/>
          <w:color w:val="2446A6"/>
        </w:rPr>
        <w:t>[Prénom Nom]</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Exemple de lettre de motivation : le modèle à adapter à votre métier</dc:title>
  <dc:subject/>
  <dc:creator/>
  <cp:keywords/>
  <dc:description/>
  <cp:lastModifiedBy/>
  <cp:revision>1</cp:revision>
  <dcterms:created xsi:type="dcterms:W3CDTF">2013-12-23T23:15:00Z</dcterms:created>
  <dcterms:modified xsi:type="dcterms:W3CDTF">2013-12-23T23:15:00Z</dcterms:modified>
  <cp:category/>
</cp:coreProperties>
</file>