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Chers </w:t>
      </w:r>
      <w:r>
        <w:rPr>
          <w:b w:val="0"/>
          <w:color w:val="2446A6"/>
        </w:rPr>
        <w:t>[Alice et Julien]</w:t>
      </w:r>
      <w:r>
        <w:rPr>
          <w:b w:val="0"/>
        </w:rPr>
        <w:t>,</w:t>
      </w:r>
    </w:p>
    <w:p>
      <w:r>
        <w:rPr>
          <w:b w:val="0"/>
        </w:rPr>
        <w:t>Je pense à vous depuis samedi et je voulais vous dire combien j’ai été heureuse de vous voir échanger vos alliances devant la mairie. Le soleil entrait par les grandes fenêtres pendant que vous prononciez vos consentements, et toute la salle souriait.</w:t>
      </w:r>
    </w:p>
    <w:p>
      <w:r>
        <w:rPr>
          <w:b w:val="0"/>
        </w:rPr>
        <w:t xml:space="preserve">Je revois encore </w:t>
      </w:r>
      <w:r>
        <w:rPr>
          <w:b w:val="0"/>
          <w:color w:val="2446A6"/>
        </w:rPr>
        <w:t>[le jour où Julien a renversé son verre de grenadine sur la nappe blanche, à l’anniversaire de vos 18 ans]</w:t>
      </w:r>
      <w:r>
        <w:rPr>
          <w:b w:val="0"/>
        </w:rPr>
        <w:t xml:space="preserve"> ; ce jour-là, vous aviez déjà cette façon de vous chercher du regard. Votre mariage en est la suite naturelle, avec la même tendresse et le même rire.</w:t>
      </w:r>
    </w:p>
    <w:p>
      <w:r>
        <w:rPr>
          <w:b w:val="0"/>
        </w:rPr>
        <w:t>Je vous souhaite une vie faite de dimanches matin tranquilles, de projets menés à deux et de fous rires dans la cuisine. Prenez soin de votre couple comme vous avez pris soin de vos invités, avec attention et générosité.</w:t>
      </w:r>
    </w:p>
    <w:p>
      <w:r>
        <w:rPr>
          <w:b w:val="0"/>
        </w:rPr>
        <w:t xml:space="preserve">Nous pensons bien à vous pour le voyage de noces en </w:t>
      </w:r>
      <w:r>
        <w:rPr>
          <w:b w:val="0"/>
          <w:color w:val="2446A6"/>
        </w:rPr>
        <w:t>[Italie]</w:t>
      </w:r>
      <w:r>
        <w:rPr>
          <w:b w:val="0"/>
        </w:rPr>
        <w:t>. Revenez-nous avec des étoiles plein les yeux et des histoires à raconter.</w:t>
      </w:r>
    </w:p>
    <w:p>
      <w:r>
        <w:rPr>
          <w:b w:val="0"/>
        </w:rPr>
        <w:t>Je vous embrasse fort,</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de félicitation classique pour un mariage</dc:title>
  <dc:subject/>
  <dc:creator/>
  <cp:keywords/>
  <dc:description/>
  <cp:lastModifiedBy/>
  <cp:revision>1</cp:revision>
  <dcterms:created xsi:type="dcterms:W3CDTF">2013-12-23T23:15:00Z</dcterms:created>
  <dcterms:modified xsi:type="dcterms:W3CDTF">2013-12-23T23:15:00Z</dcterms:modified>
  <cp:category/>
</cp:coreProperties>
</file>