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[Juliette]</w:t>
      </w:r>
      <w:r>
        <w:rPr>
          <w:b w:val="0"/>
        </w:rPr>
        <w:t xml:space="preserve"> et </w:t>
      </w:r>
      <w:r>
        <w:rPr>
          <w:b w:val="0"/>
          <w:color w:val="2446A6"/>
        </w:rPr>
        <w:t>[Martin]</w:t>
      </w:r>
      <w:r>
        <w:rPr>
          <w:b w:val="0"/>
        </w:rPr>
        <w:t>,</w:t>
      </w:r>
    </w:p>
    <w:p>
      <w:r>
        <w:rPr>
          <w:b w:val="0"/>
        </w:rPr>
        <w:t>Vous avez osé passer devant le maire ! Dire que je n’imaginais pas Martin survivre sans son t-shirt fétiche taché. Depuis que Juliette a prouvé qu’un barbecue pouvait cimenter une alliance, vous formez une équipe où les disputes finissent en fous rires.</w:t>
      </w:r>
    </w:p>
    <w:p>
      <w:r>
        <w:rPr>
          <w:b w:val="0"/>
        </w:rPr>
        <w:t xml:space="preserve">Je me remémore ce pari de </w:t>
      </w:r>
      <w:r>
        <w:rPr>
          <w:b w:val="0"/>
          <w:color w:val="2446A6"/>
        </w:rPr>
        <w:t>[2018]</w:t>
      </w:r>
      <w:r>
        <w:rPr>
          <w:b w:val="0"/>
        </w:rPr>
        <w:t xml:space="preserve"> : Martin jurait qu’il resterait célibataire tant qu’il n’aurait pas grimpé le mont Blanc. Finalement, c’est le cœur de Juliette que vous avez conquis sans crampons. Votre victoire est bien plus drôle.</w:t>
      </w:r>
    </w:p>
    <w:p>
      <w:r>
        <w:rPr>
          <w:b w:val="0"/>
        </w:rPr>
        <w:t>Pour la suite, je vous souhaite des chamailleries pour la dernière part de gâteau, des réconciliations sur un slow de votre playlist de lycée, et un compte joint où la ligne « caprices » reste toujours approvisionnée. Que votre quotidien soit une suite de péripéties cocasses.</w:t>
      </w:r>
    </w:p>
    <w:p>
      <w:r>
        <w:rPr>
          <w:b w:val="0"/>
        </w:rPr>
        <w:t>Continuez à cultiver l’art du clin d’œil, même en rangeant les courses.</w:t>
      </w:r>
    </w:p>
    <w:p>
      <w:r>
        <w:rPr>
          <w:b w:val="0"/>
        </w:rPr>
        <w:t>Avec toute ma complicité,</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humour mariage : félicitations comiques et tendres</dc:title>
  <dc:subject/>
  <dc:creator/>
  <cp:keywords/>
  <dc:description/>
  <cp:lastModifiedBy/>
  <cp:revision>1</cp:revision>
  <dcterms:created xsi:type="dcterms:W3CDTF">2013-12-23T23:15:00Z</dcterms:created>
  <dcterms:modified xsi:type="dcterms:W3CDTF">2013-12-23T23:15:00Z</dcterms:modified>
  <cp:category/>
</cp:coreProperties>
</file>