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rPr>
        <w:t>Camille Ferrand</w:t>
      </w:r>
    </w:p>
    <w:p>
      <w:pPr>
        <w:spacing w:after="0"/>
      </w:pPr>
      <w:r>
        <w:rPr>
          <w:b w:val="0"/>
        </w:rPr>
        <w:t>14 rue des Lilas, 69003 Lyon</w:t>
      </w:r>
    </w:p>
    <w:p>
      <w:pPr>
        <w:spacing w:after="0"/>
      </w:pPr>
      <w:r>
        <w:rPr>
          <w:b w:val="0"/>
        </w:rPr>
        <w:t>06 42 18 73 05 — camille.ferrand@laposte.net</w:t>
      </w:r>
    </w:p>
    <w:p/>
    <w:p>
      <w:pPr>
        <w:spacing w:after="0"/>
        <w:jc w:val="right"/>
      </w:pPr>
      <w:r>
        <w:rPr>
          <w:b w:val="0"/>
        </w:rPr>
        <w:t>Monsieur le Directeur</w:t>
      </w:r>
    </w:p>
    <w:p>
      <w:pPr>
        <w:spacing w:after="0"/>
        <w:jc w:val="right"/>
      </w:pPr>
      <w:r>
        <w:rPr>
          <w:b w:val="0"/>
        </w:rPr>
        <w:t>Société Verdier Logistique</w:t>
      </w:r>
    </w:p>
    <w:p>
      <w:pPr>
        <w:spacing w:after="0"/>
        <w:jc w:val="right"/>
      </w:pPr>
      <w:r>
        <w:rPr>
          <w:b w:val="0"/>
        </w:rPr>
        <w:t>27 avenue Barthélemy, 69007 Lyon</w:t>
      </w:r>
    </w:p>
    <w:p/>
    <w:p>
      <w:pPr>
        <w:jc w:val="right"/>
      </w:pPr>
      <w:r>
        <w:rPr>
          <w:b w:val="0"/>
        </w:rPr>
        <w:t>À Lyon, le 24 septembre 2026</w:t>
      </w:r>
    </w:p>
    <w:p>
      <w:pPr>
        <w:spacing w:after="0"/>
      </w:pPr>
      <w:r>
        <w:rPr>
          <w:b/>
        </w:rPr>
        <w:t>Lettre recommandée avec accusé de réception</w:t>
      </w:r>
    </w:p>
    <w:p>
      <w:r>
        <w:rPr>
          <w:b/>
        </w:rPr>
        <w:t>Objet : démission du poste d'assistante d'exploitation</w:t>
      </w:r>
    </w:p>
    <w:p/>
    <w:p>
      <w:r>
        <w:rPr>
          <w:b w:val="0"/>
        </w:rPr>
        <w:t>Monsieur le Directeur,</w:t>
      </w:r>
    </w:p>
    <w:p>
      <w:r>
        <w:rPr>
          <w:b w:val="0"/>
        </w:rPr>
        <w:t>Je vous informe par la présente de ma décision de démissionner du poste d'assistante d'exploitation que j'occupe depuis le 4 mars 2019, sous contrat n° 2019-0417.</w:t>
      </w:r>
    </w:p>
    <w:p>
      <w:r>
        <w:rPr>
          <w:b w:val="0"/>
        </w:rPr>
        <w:t>Conformément à la convention collective des transports routiers applicable dans l'entreprise, je respecterai un préavis d'un mois, qui prendra fin le 24 octobre 2026. Je reste à votre disposition pour organiser la passation de mes dossiers avec Sandra Meunier et pour solder mes jours de congés restants, soit onze jours ouvrés.</w:t>
      </w:r>
    </w:p>
    <w:p>
      <w:r>
        <w:rPr>
          <w:b w:val="0"/>
        </w:rPr>
        <w:t>Je garde un souvenir précis de ces sept années, notamment de la mise en place du suivi des tournées en 2022, et je souhaite que cette séparation se déroule dans les meilleures conditions pour l'équipe.</w:t>
      </w:r>
    </w:p>
    <w:p>
      <w:r>
        <w:rPr>
          <w:b w:val="0"/>
        </w:rPr>
        <w:t>Je vous prie d'agréer, Monsieur le Directeur, l'expression de ma considération distinguée.</w:t>
      </w:r>
    </w:p>
    <w:p>
      <w:r>
        <w:rPr>
          <w:b w:val="0"/>
        </w:rPr>
        <w:t>Je vous prie d'agréer, Monsieur le Directeur, l'expression de ma considération distinguée.</w:t>
      </w:r>
    </w:p>
    <w:p/>
    <w:p>
      <w:pPr>
        <w:jc w:val="right"/>
      </w:pPr>
      <w:r>
        <w:rPr>
          <w:b w:val="0"/>
        </w:rPr>
        <w:t>Camille Ferrand</w:t>
      </w:r>
    </w:p>
    <w:p/>
    <w:p>
      <w:r>
        <w:rPr>
          <w:b w:val="0"/>
        </w:rPr>
        <w:t>Pièce jointe : copie du contrat de travail n° 2019-0417</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Formule de politesse pour une lettre de démission</dc:title>
  <dc:subject/>
  <dc:creator/>
  <cp:keywords/>
  <dc:description/>
  <cp:lastModifiedBy/>
  <cp:revision>1</cp:revision>
  <dcterms:created xsi:type="dcterms:W3CDTF">2013-12-23T23:15:00Z</dcterms:created>
  <dcterms:modified xsi:type="dcterms:W3CDTF">2013-12-23T23:15:00Z</dcterms:modified>
  <cp:category/>
</cp:coreProperties>
</file>