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</w:rPr>
        <w:t>24 rue des Lilas</w:t>
      </w:r>
    </w:p>
    <w:p>
      <w:pPr>
        <w:spacing w:after="0"/>
      </w:pPr>
      <w:r>
        <w:rPr>
          <w:b w:val="0"/>
        </w:rPr>
        <w:t>75011 Paris</w:t>
      </w:r>
    </w:p>
    <w:p>
      <w:pPr>
        <w:spacing w:after="0"/>
      </w:pP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  <w:color w:val="2446A6"/>
        </w:rPr>
        <w:t>[votre.email@email.com]</w:t>
      </w:r>
    </w:p>
    <w:p/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</w:rPr>
        <w:t>Entreprise Dupont</w:t>
      </w:r>
    </w:p>
    <w:p>
      <w:pPr>
        <w:spacing w:after="0"/>
        <w:jc w:val="right"/>
      </w:pPr>
      <w:r>
        <w:rPr>
          <w:b w:val="0"/>
        </w:rPr>
        <w:t>10 avenue de l’Opéra</w:t>
      </w:r>
    </w:p>
    <w:p>
      <w:pPr>
        <w:spacing w:after="0"/>
        <w:jc w:val="right"/>
      </w:pPr>
      <w:r>
        <w:rPr>
          <w:b w:val="0"/>
        </w:rPr>
        <w:t>75009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au poste de </w:t>
      </w:r>
      <w:r>
        <w:rPr>
          <w:b/>
          <w:color w:val="2446A6"/>
        </w:rPr>
        <w:t>[chargé de campagnes influence]</w:t>
      </w:r>
      <w:r>
        <w:rPr>
          <w:b/>
        </w:rPr>
        <w:t xml:space="preserve"> (réf. </w:t>
      </w:r>
      <w:r>
        <w:rPr>
          <w:b/>
          <w:color w:val="2446A6"/>
        </w:rPr>
        <w:t>[REF-2026-045]</w:t>
      </w:r>
      <w:r>
        <w:rPr>
          <w:b/>
        </w:rPr>
        <w:t>)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Diplômé d’un </w:t>
      </w:r>
      <w:r>
        <w:rPr>
          <w:b w:val="0"/>
          <w:color w:val="2446A6"/>
        </w:rPr>
        <w:t>[Master en marketing digital]</w:t>
      </w:r>
      <w:r>
        <w:rPr>
          <w:b w:val="0"/>
        </w:rPr>
        <w:t xml:space="preserve"> depuis </w:t>
      </w:r>
      <w:r>
        <w:rPr>
          <w:b w:val="0"/>
          <w:color w:val="2446A6"/>
        </w:rPr>
        <w:t>[juin 2024]</w:t>
      </w:r>
      <w:r>
        <w:rPr>
          <w:b w:val="0"/>
        </w:rPr>
        <w:t xml:space="preserve">, j’ai pu développer au cours de mes </w:t>
      </w:r>
      <w:r>
        <w:rPr>
          <w:b w:val="0"/>
          <w:color w:val="2446A6"/>
        </w:rPr>
        <w:t>[deux]</w:t>
      </w:r>
      <w:r>
        <w:rPr>
          <w:b w:val="0"/>
        </w:rPr>
        <w:t xml:space="preserve"> stages en agence une solide expérience de la gestion de projets digitaux. Les succès de votre agence dans le domaine de l’influence m’incitent à vous proposer ma candidature pour le poste de </w:t>
      </w:r>
      <w:r>
        <w:rPr>
          <w:b w:val="0"/>
          <w:color w:val="2446A6"/>
        </w:rPr>
        <w:t>[chargé de campagnes influence]</w:t>
      </w:r>
      <w:r>
        <w:rPr>
          <w:b w:val="0"/>
        </w:rPr>
        <w:t>.</w:t>
      </w:r>
    </w:p>
    <w:p>
      <w:r>
        <w:rPr>
          <w:b w:val="0"/>
        </w:rPr>
        <w:t xml:space="preserve">Chez </w:t>
      </w:r>
      <w:r>
        <w:rPr>
          <w:b w:val="0"/>
          <w:color w:val="2446A6"/>
        </w:rPr>
        <w:t>[Agence Nova]</w:t>
      </w:r>
      <w:r>
        <w:rPr>
          <w:b w:val="0"/>
        </w:rPr>
        <w:t xml:space="preserve">, j’ai piloté une campagne TikTok qui a généré 250 000 vues en 10 jours ; je maîtrise les outils de suivi et la négociation avec les créateurs de contenu. Mon stage chez </w:t>
      </w:r>
      <w:r>
        <w:rPr>
          <w:b w:val="0"/>
          <w:color w:val="2446A6"/>
        </w:rPr>
        <w:t>[Studio Com]</w:t>
      </w:r>
      <w:r>
        <w:rPr>
          <w:b w:val="0"/>
        </w:rPr>
        <w:t xml:space="preserve"> m’a permis d’accompagner trois comptes du secteur luxe.</w:t>
      </w:r>
    </w:p>
    <w:p>
      <w:r>
        <w:rPr>
          <w:b w:val="0"/>
        </w:rPr>
        <w:t xml:space="preserve">Rejoindre </w:t>
      </w:r>
      <w:r>
        <w:rPr>
          <w:b w:val="0"/>
          <w:color w:val="2446A6"/>
        </w:rPr>
        <w:t>[Entreprise Dupont]</w:t>
      </w:r>
      <w:r>
        <w:rPr>
          <w:b w:val="0"/>
        </w:rPr>
        <w:t xml:space="preserve"> me permettrait d’appliquer ces compétences au service de vos grands comptes. Je reste à votre disposition pour un échange téléphonique ou un entretien.</w:t>
      </w:r>
    </w:p>
    <w:p>
      <w:r>
        <w:rPr>
          <w:b w:val="0"/>
        </w:rPr>
        <w:t>Je vous prie d’agréer, Madame, Monsieur, l’expression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Formule de politesse pour une lettre de motivation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