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Salut à toi,</w:t>
      </w:r>
    </w:p>
    <w:p>
      <w:r>
        <w:rPr>
          <w:b w:val="0"/>
        </w:rPr>
        <w:t>Je t'écris ce mot parce que j'aurai 50 ans le samedi 15 novembre et que je tiens à ce que tu sois là. Pas de grande salle ni de traiteur : on ouvre la maison, on pousse les meubles du salon, et on fait la fête jusqu'au bout de la nuit.</w:t>
      </w:r>
    </w:p>
    <w:p>
      <w:r>
        <w:rPr>
          <w:b w:val="0"/>
        </w:rPr>
        <w:t>Rendez-vous à partir de 19 heures au 8 rue des Lilas, à Lyon. J'ai prévu un buffet froid, des bouteilles qui viennent de chez mon caviste du quartier, et une playlist qui commence par les Cure pour finir sur du disco. La seule chose que je te demande, c'est de venir avec une chanson en tête : celle qui te rappelle nos années lycée.</w:t>
      </w:r>
    </w:p>
    <w:p>
      <w:r>
        <w:rPr>
          <w:b w:val="0"/>
        </w:rPr>
        <w:t>Dis-moi avant le 1er novembre si tu peux te libérer. J'ai hâte de trinquer avec toi.</w:t>
      </w:r>
    </w:p>
    <w:p>
      <w:r>
        <w:rPr>
          <w:b w:val="0"/>
        </w:rPr>
        <w:t>Je t'embrasse,</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 d'invitation anniversaire pour un adulte</dc:title>
  <dc:subject/>
  <dc:creator/>
  <cp:keywords/>
  <dc:description/>
  <cp:lastModifiedBy/>
  <cp:revision>1</cp:revision>
  <dcterms:created xsi:type="dcterms:W3CDTF">2013-12-23T23:15:00Z</dcterms:created>
  <dcterms:modified xsi:type="dcterms:W3CDTF">2013-12-23T23:15:00Z</dcterms:modified>
  <cp:category/>
</cp:coreProperties>
</file>