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Cher </w:t>
      </w:r>
      <w:r>
        <w:rPr>
          <w:b w:val="0"/>
          <w:color w:val="2446A6"/>
        </w:rPr>
        <w:t>[Pierre]</w:t>
      </w:r>
      <w:r>
        <w:rPr>
          <w:b w:val="0"/>
        </w:rPr>
        <w:t>,</w:t>
      </w:r>
    </w:p>
    <w:p>
      <w:r>
        <w:rPr>
          <w:b w:val="0"/>
        </w:rPr>
        <w:t xml:space="preserve">J'aurai </w:t>
      </w:r>
      <w:r>
        <w:rPr>
          <w:b w:val="0"/>
          <w:color w:val="2446A6"/>
        </w:rPr>
        <w:t>[40 ans]</w:t>
      </w:r>
      <w:r>
        <w:rPr>
          <w:b w:val="0"/>
        </w:rPr>
        <w:t xml:space="preserve"> le </w:t>
      </w:r>
      <w:r>
        <w:rPr>
          <w:b w:val="0"/>
          <w:color w:val="2446A6"/>
        </w:rPr>
        <w:t>[samedi 12 octobre]</w:t>
      </w:r>
      <w:r>
        <w:rPr>
          <w:b w:val="0"/>
        </w:rPr>
        <w:t xml:space="preserve"> et je tiens à fêter ça avec ceux qui comptent. Tu te souviens de notre </w:t>
      </w:r>
      <w:r>
        <w:rPr>
          <w:b w:val="0"/>
          <w:color w:val="2446A6"/>
        </w:rPr>
        <w:t>[randonnée en Chartreuse sous la pluie]</w:t>
      </w:r>
      <w:r>
        <w:rPr>
          <w:b w:val="0"/>
        </w:rPr>
        <w:t xml:space="preserve"> ? J'aimerais que cette journée soit aussi mémorable, mais au sec cette fois.</w:t>
      </w:r>
    </w:p>
    <w:p>
      <w:r>
        <w:rPr>
          <w:b w:val="0"/>
        </w:rPr>
        <w:t xml:space="preserve">J'ai prévu une </w:t>
      </w:r>
      <w:r>
        <w:rPr>
          <w:b w:val="0"/>
          <w:color w:val="2446A6"/>
        </w:rPr>
        <w:t>[dégustation de bières artisanales]</w:t>
      </w:r>
      <w:r>
        <w:rPr>
          <w:b w:val="0"/>
        </w:rPr>
        <w:t xml:space="preserve"> à la maison, suivie d'un </w:t>
      </w:r>
      <w:r>
        <w:rPr>
          <w:b w:val="0"/>
          <w:color w:val="2446A6"/>
        </w:rPr>
        <w:t>[barbecue dans le jardin]</w:t>
      </w:r>
      <w:r>
        <w:rPr>
          <w:b w:val="0"/>
        </w:rPr>
        <w:t xml:space="preserve">. Apporte simplement </w:t>
      </w:r>
      <w:r>
        <w:rPr>
          <w:b w:val="0"/>
          <w:color w:val="2446A6"/>
        </w:rPr>
        <w:t>[ta bonne humeur et une petite laine pour la soirée]</w:t>
      </w:r>
      <w:r>
        <w:rPr>
          <w:b w:val="0"/>
        </w:rPr>
        <w:t>.</w:t>
      </w:r>
    </w:p>
    <w:p>
      <w:r>
        <w:rPr>
          <w:b w:val="0"/>
        </w:rPr>
        <w:t xml:space="preserve">Rendez-vous à </w:t>
      </w:r>
      <w:r>
        <w:rPr>
          <w:b w:val="0"/>
          <w:color w:val="2446A6"/>
        </w:rPr>
        <w:t>[15 heures]</w:t>
      </w:r>
      <w:r>
        <w:rPr>
          <w:b w:val="0"/>
        </w:rPr>
        <w:t xml:space="preserve"> au </w:t>
      </w:r>
      <w:r>
        <w:rPr>
          <w:b w:val="0"/>
          <w:color w:val="2446A6"/>
        </w:rPr>
        <w:t>[12 rue des Lilas, Grenoble]</w:t>
      </w:r>
      <w:r>
        <w:rPr>
          <w:b w:val="0"/>
        </w:rPr>
        <w:t xml:space="preserve">. Si tu peux venir, réponds-moi avant le </w:t>
      </w:r>
      <w:r>
        <w:rPr>
          <w:b w:val="0"/>
          <w:color w:val="2446A6"/>
        </w:rPr>
        <w:t>[1er octobre]</w:t>
      </w:r>
      <w:r>
        <w:rPr>
          <w:b w:val="0"/>
        </w:rPr>
        <w:t xml:space="preserve"> pour que j'organise les quantités.</w:t>
      </w:r>
    </w:p>
    <w:p>
      <w:r>
        <w:rPr>
          <w:b w:val="0"/>
        </w:rPr>
        <w:t>Je t'embrasse,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d'invitation anniversaire original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