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r>
        <w:rPr>
          <w:b w:val="0"/>
        </w:rPr>
        <w:t>Chers collègues,</w:t>
      </w:r>
    </w:p>
    <w:p>
      <w:r>
        <w:rPr>
          <w:b w:val="0"/>
        </w:rPr>
        <w:t xml:space="preserve">Après </w:t>
      </w:r>
      <w:r>
        <w:rPr>
          <w:b w:val="0"/>
          <w:color w:val="2446A6"/>
        </w:rPr>
        <w:t>[quinze ans]</w:t>
      </w:r>
      <w:r>
        <w:rPr>
          <w:b w:val="0"/>
        </w:rPr>
        <w:t xml:space="preserve"> à nos côtés au service </w:t>
      </w:r>
      <w:r>
        <w:rPr>
          <w:b w:val="0"/>
          <w:color w:val="2446A6"/>
        </w:rPr>
        <w:t>[commercial]</w:t>
      </w:r>
      <w:r>
        <w:rPr>
          <w:b w:val="0"/>
        </w:rPr>
        <w:t xml:space="preserve">, </w:t>
      </w:r>
      <w:r>
        <w:rPr>
          <w:b w:val="0"/>
          <w:color w:val="2446A6"/>
        </w:rPr>
        <w:t>[Hélène Durand]</w:t>
      </w:r>
      <w:r>
        <w:rPr>
          <w:b w:val="0"/>
        </w:rPr>
        <w:t xml:space="preserve"> s’offre une retraite bien méritée le </w:t>
      </w:r>
      <w:r>
        <w:rPr>
          <w:b w:val="0"/>
          <w:color w:val="2446A6"/>
        </w:rPr>
        <w:t>[30 septembre 2026]</w:t>
      </w:r>
      <w:r>
        <w:rPr>
          <w:b w:val="0"/>
        </w:rPr>
        <w:t xml:space="preserve">. Pour marquer son départ, nous organisons un pot de départ le </w:t>
      </w:r>
      <w:r>
        <w:rPr>
          <w:b w:val="0"/>
          <w:color w:val="2446A6"/>
        </w:rPr>
        <w:t>[vendredi 7 octobre]</w:t>
      </w:r>
      <w:r>
        <w:rPr>
          <w:b w:val="0"/>
        </w:rPr>
        <w:t xml:space="preserve"> à partir de </w:t>
      </w:r>
      <w:r>
        <w:rPr>
          <w:b w:val="0"/>
          <w:color w:val="2446A6"/>
        </w:rPr>
        <w:t>[17 h]</w:t>
      </w:r>
      <w:r>
        <w:rPr>
          <w:b w:val="0"/>
        </w:rPr>
        <w:t xml:space="preserve"> dans la </w:t>
      </w:r>
      <w:r>
        <w:rPr>
          <w:b w:val="0"/>
          <w:color w:val="2446A6"/>
        </w:rPr>
        <w:t>[salle de pause du 4e étage]</w:t>
      </w:r>
      <w:r>
        <w:rPr>
          <w:b w:val="0"/>
        </w:rPr>
        <w:t>.</w:t>
      </w:r>
    </w:p>
    <w:p>
      <w:r>
        <w:rPr>
          <w:b w:val="0"/>
        </w:rPr>
        <w:t xml:space="preserve">Une cagnote est ouverte jusqu’au </w:t>
      </w:r>
      <w:r>
        <w:rPr>
          <w:b w:val="0"/>
          <w:color w:val="2446A6"/>
        </w:rPr>
        <w:t>[3 octobre]</w:t>
      </w:r>
      <w:r>
        <w:rPr>
          <w:b w:val="0"/>
        </w:rPr>
        <w:t xml:space="preserve"> pour le cadeau commun (voir </w:t>
      </w:r>
      <w:r>
        <w:rPr>
          <w:b w:val="0"/>
          <w:color w:val="2446A6"/>
        </w:rPr>
        <w:t>[Virginie]</w:t>
      </w:r>
      <w:r>
        <w:rPr>
          <w:b w:val="0"/>
        </w:rPr>
        <w:t xml:space="preserve"> à l’accueil). Venez avec vos histoires : qui n’a pas en mémoire ce fameux </w:t>
      </w:r>
      <w:r>
        <w:rPr>
          <w:b w:val="0"/>
          <w:color w:val="2446A6"/>
        </w:rPr>
        <w:t>[jour où elle a réparé la photocopieuse avec une épingle]</w:t>
      </w:r>
      <w:r>
        <w:rPr>
          <w:b w:val="0"/>
        </w:rPr>
        <w:t xml:space="preserve"> ?</w:t>
      </w:r>
    </w:p>
    <w:p>
      <w:r>
        <w:rPr>
          <w:b w:val="0"/>
        </w:rPr>
        <w:t xml:space="preserve">Merci de confirmer votre présence avant le </w:t>
      </w:r>
      <w:r>
        <w:rPr>
          <w:b w:val="0"/>
          <w:color w:val="2446A6"/>
        </w:rPr>
        <w:t>[5 octobre]</w:t>
      </w:r>
      <w:r>
        <w:rPr>
          <w:b w:val="0"/>
        </w:rPr>
        <w:t xml:space="preserve"> par un petit mot à </w:t>
      </w:r>
      <w:r>
        <w:rPr>
          <w:b w:val="0"/>
          <w:color w:val="2446A6"/>
        </w:rPr>
        <w:t>[Pierre.Martin@entreprise.fr]</w:t>
      </w:r>
      <w:r>
        <w:rPr>
          <w:b w:val="0"/>
        </w:rPr>
        <w:t>. Apportez un plat salé ou sucré si le cœur vous en dit, on fait une auberge espagnole.</w:t>
      </w:r>
    </w:p>
    <w:p>
      <w:r>
        <w:rPr>
          <w:b w:val="0"/>
        </w:rPr>
        <w:t>On vous attend nombreux pour un moment chaleureux.</w:t>
      </w:r>
    </w:p>
    <w:p>
      <w:r>
        <w:rPr>
          <w:b w:val="0"/>
        </w:rPr>
        <w:t>Amicalement,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Texte d’invitation pour un pot de départ en retraite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