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 Paul,</w:t>
      </w:r>
    </w:p>
    <w:p>
      <w:r>
        <w:rPr>
          <w:b w:val="0"/>
        </w:rPr>
        <w:t>Quand je repense à ce dimanche de mars où nous avons passé l'après-midi à écouter les vinyles de ton père, je mesure tout ce que tu m'as apporté. Ta manière de fredonner faux sur Aznavour, ton rire quand le chat a renversé le café, ces riens qui font tout.</w:t>
      </w:r>
    </w:p>
    <w:p>
      <w:r>
        <w:rPr>
          <w:b w:val="0"/>
        </w:rPr>
        <w:t xml:space="preserve">Je pars pour </w:t>
      </w:r>
      <w:r>
        <w:rPr>
          <w:b w:val="0"/>
          <w:color w:val="2446A6"/>
        </w:rPr>
        <w:t>[un poste d'infirmière à Cayenne]</w:t>
      </w:r>
      <w:r>
        <w:rPr>
          <w:b w:val="0"/>
        </w:rPr>
        <w:t xml:space="preserve"> demain à l'aube, et je ne sais pas quand je reviendrai. Avant de boucler ma valise, je voulais te dire que ces </w:t>
      </w:r>
      <w:r>
        <w:rPr>
          <w:b w:val="0"/>
          <w:color w:val="2446A6"/>
        </w:rPr>
        <w:t>[cinq années de colocation rue des Lilas]</w:t>
      </w:r>
      <w:r>
        <w:rPr>
          <w:b w:val="0"/>
        </w:rPr>
        <w:t xml:space="preserve"> ont été les plus lumineuses de ma vie. Souviens-toi du soir où nous avons repeint la cuisine en jaune parce que l'hiver n'en finissait pas : c'était absurde, et c'était nous.</w:t>
      </w:r>
    </w:p>
    <w:p>
      <w:r>
        <w:rPr>
          <w:b w:val="0"/>
        </w:rPr>
        <w:t>Garde cette lettre comme je garde en moi le son de ta voix quand tu m'appelais pour le thé. Je t'embrasse fort.</w:t>
      </w:r>
    </w:p>
    <w:p>
      <w:r>
        <w:rPr>
          <w:b w:val="0"/>
        </w:rPr>
        <w:t>Avec toute mon affection,</w:t>
      </w:r>
    </w:p>
    <w:p/>
    <w:p>
      <w:pPr>
        <w:jc w:val="right"/>
      </w:pPr>
      <w:r>
        <w:rPr>
          <w:b w:val="0"/>
          <w:color w:val="2446A6"/>
        </w:rPr>
        <w:t>[Claire]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d'adieu : comment dire au revoir avec les bons mots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