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val="0"/>
        </w:rPr>
        <w:t xml:space="preserve">Mon </w:t>
      </w:r>
      <w:r>
        <w:rPr>
          <w:b w:val="0"/>
          <w:color w:val="2446A6"/>
        </w:rPr>
        <w:t>[surnom ou prénom]</w:t>
      </w:r>
      <w:r>
        <w:rPr>
          <w:b w:val="0"/>
        </w:rPr>
        <w:t>,</w:t>
      </w:r>
    </w:p>
    <w:p>
      <w:r>
        <w:rPr>
          <w:b w:val="0"/>
        </w:rPr>
        <w:t xml:space="preserve">Quand je repense à notre </w:t>
      </w:r>
      <w:r>
        <w:rPr>
          <w:b w:val="0"/>
          <w:color w:val="2446A6"/>
        </w:rPr>
        <w:t>[premier rendez-vous au café de la gare]</w:t>
      </w:r>
      <w:r>
        <w:rPr>
          <w:b w:val="0"/>
        </w:rPr>
        <w:t>, je revois la lumière de ce matin d'octobre sur ton visage et j'entends encore ton rire quand j'ai renversé mon chocolat. Ce jour-là, j'ai su que quelque chose de rare commençait.</w:t>
      </w:r>
    </w:p>
    <w:p>
      <w:r>
        <w:rPr>
          <w:b w:val="0"/>
        </w:rPr>
        <w:t xml:space="preserve">Depuis, chaque </w:t>
      </w:r>
      <w:r>
        <w:rPr>
          <w:b w:val="0"/>
          <w:color w:val="2446A6"/>
        </w:rPr>
        <w:t>[dimanche matin sous la couette]</w:t>
      </w:r>
      <w:r>
        <w:rPr>
          <w:b w:val="0"/>
        </w:rPr>
        <w:t xml:space="preserve"> et chaque </w:t>
      </w:r>
      <w:r>
        <w:rPr>
          <w:b w:val="0"/>
          <w:color w:val="2446A6"/>
        </w:rPr>
        <w:t>[éclat de rire dans la cuisine]</w:t>
      </w:r>
      <w:r>
        <w:rPr>
          <w:b w:val="0"/>
        </w:rPr>
        <w:t xml:space="preserve"> ont tissé un lien que je n'avais jamais connu. Tu as cette façon de poser ta main sur mon épaule quand je doute, et de me rappeler, sans un mot, que je suis à ma place.</w:t>
      </w:r>
    </w:p>
    <w:p>
      <w:r>
        <w:rPr>
          <w:b w:val="0"/>
        </w:rPr>
        <w:t xml:space="preserve">Je t'écris aujourd'hui parce que les mots dits s'envolent, mais ceux qu'on prend le temps de tracer restent. Je veux que tu saches que ton courage face à </w:t>
      </w:r>
      <w:r>
        <w:rPr>
          <w:b w:val="0"/>
          <w:color w:val="2446A6"/>
        </w:rPr>
        <w:t>[ton changement de poste]</w:t>
      </w:r>
      <w:r>
        <w:rPr>
          <w:b w:val="0"/>
        </w:rPr>
        <w:t xml:space="preserve"> m'a bouleversée, et que ta patience avec </w:t>
      </w:r>
      <w:r>
        <w:rPr>
          <w:b w:val="0"/>
          <w:color w:val="2446A6"/>
        </w:rPr>
        <w:t>[ma peur de l'eau]</w:t>
      </w:r>
      <w:r>
        <w:rPr>
          <w:b w:val="0"/>
        </w:rPr>
        <w:t xml:space="preserve"> m'a donné des ailes.</w:t>
      </w:r>
    </w:p>
    <w:p>
      <w:r>
        <w:rPr>
          <w:b w:val="0"/>
        </w:rPr>
        <w:t xml:space="preserve">Je nous souhaite encore des milliers de </w:t>
      </w:r>
      <w:r>
        <w:rPr>
          <w:b w:val="0"/>
          <w:color w:val="2446A6"/>
        </w:rPr>
        <w:t>[promenades sous la pluie]</w:t>
      </w:r>
      <w:r>
        <w:rPr>
          <w:b w:val="0"/>
        </w:rPr>
        <w:t>, des nuits à refaire le monde et des silences pleins. Je t'aime, tout simplement, et je te choisis chaque matin.</w:t>
      </w:r>
    </w:p>
    <w:p>
      <w:r>
        <w:rPr>
          <w:b w:val="0"/>
        </w:rPr>
        <w:t>À toi, pour toujours,</w:t>
      </w:r>
    </w:p>
    <w:p/>
    <w:p>
      <w:pPr>
        <w:jc w:val="right"/>
      </w:pPr>
      <w:r>
        <w:rPr>
          <w:b w:val="0"/>
          <w:color w:val="2446A6"/>
        </w:rPr>
        <w:t>[Prénom]</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d'amour pour son copain</dc:title>
  <dc:subject/>
  <dc:creator/>
  <cp:keywords/>
  <dc:description/>
  <cp:lastModifiedBy/>
  <cp:revision>1</cp:revision>
  <dcterms:created xsi:type="dcterms:W3CDTF">2013-12-23T23:15:00Z</dcterms:created>
  <dcterms:modified xsi:type="dcterms:W3CDTF">2013-12-23T23:15:00Z</dcterms:modified>
  <cp:category/>
</cp:coreProperties>
</file>