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
      <w:r>
        <w:rPr>
          <w:b w:val="0"/>
        </w:rPr>
        <w:t>Mon amour,</w:t>
      </w:r>
    </w:p>
    <w:p>
      <w:r>
        <w:rPr>
          <w:b w:val="0"/>
        </w:rPr>
        <w:t xml:space="preserve">Je garde sur ma table de nuit le coquillage ramassé ensemble sur la plage de </w:t>
      </w:r>
      <w:r>
        <w:rPr>
          <w:b w:val="0"/>
          <w:color w:val="2446A6"/>
        </w:rPr>
        <w:t>[Saint-Malo]</w:t>
      </w:r>
      <w:r>
        <w:rPr>
          <w:b w:val="0"/>
        </w:rPr>
        <w:t xml:space="preserve"> le </w:t>
      </w:r>
      <w:r>
        <w:rPr>
          <w:b w:val="0"/>
          <w:color w:val="2446A6"/>
        </w:rPr>
        <w:t>[15 août 2023]</w:t>
      </w:r>
      <w:r>
        <w:rPr>
          <w:b w:val="0"/>
        </w:rPr>
        <w:t xml:space="preserve">. Chaque soir, je le pose contre mon oreille et j’entends le bruit des vagues mêlé à ton rire. Ce son me rapproche de toi, comme si les </w:t>
      </w:r>
      <w:r>
        <w:rPr>
          <w:b w:val="0"/>
          <w:color w:val="2446A6"/>
        </w:rPr>
        <w:t>[quatre cents kilomètres]</w:t>
      </w:r>
      <w:r>
        <w:rPr>
          <w:b w:val="0"/>
        </w:rPr>
        <w:t xml:space="preserve"> qui nous séparent n’étaient qu’un souffle.</w:t>
      </w:r>
    </w:p>
    <w:p>
      <w:r>
        <w:rPr>
          <w:b w:val="0"/>
        </w:rPr>
        <w:t>Ce matin, en préparant mon café, j’ai repensé à ta façon de tenir ta tasse, l’auriculaire légèrement décollé. J’ai souri toute seule dans la cuisine. Ce sont ces petits gestes qui me manquent le plus, bien plus que les grandes déclarations.</w:t>
      </w:r>
    </w:p>
    <w:p>
      <w:r>
        <w:rPr>
          <w:b w:val="0"/>
        </w:rPr>
        <w:t xml:space="preserve">Dans </w:t>
      </w:r>
      <w:r>
        <w:rPr>
          <w:b w:val="0"/>
          <w:color w:val="2446A6"/>
        </w:rPr>
        <w:t>[trois semaines]</w:t>
      </w:r>
      <w:r>
        <w:rPr>
          <w:b w:val="0"/>
        </w:rPr>
        <w:t xml:space="preserve">, je serai sur le quai de la gare de </w:t>
      </w:r>
      <w:r>
        <w:rPr>
          <w:b w:val="0"/>
          <w:color w:val="2446A6"/>
        </w:rPr>
        <w:t>[Lyon Part-Dieu]</w:t>
      </w:r>
      <w:r>
        <w:rPr>
          <w:b w:val="0"/>
        </w:rPr>
        <w:t>, avec ton café préféré à la main et le cœur battant. J’ai déjà repéré un banc, sous le grand platane, où nous pourrons rester assis sans rien dire, juste pour sentir que la distance est enfin vaincue.</w:t>
      </w:r>
    </w:p>
    <w:p>
      <w:r>
        <w:rPr>
          <w:b w:val="0"/>
        </w:rPr>
        <w:t>En attendant, je t’envoie ce pétale de rose séchée, celui que tu avais glissé dans mon livre le soir de notre premier baiser. Il a gardé un peu de ton parfum. Pose-le sur ton oreiller, et pense à moi.</w:t>
      </w:r>
    </w:p>
    <w:p>
      <w:r>
        <w:rPr>
          <w:b w:val="0"/>
        </w:rPr>
        <w:t>Je t’embrasse de tout mon cœur,</w:t>
      </w:r>
    </w:p>
    <w:p/>
    <w:p>
      <w:pPr>
        <w:jc w:val="right"/>
      </w:pPr>
      <w:r>
        <w:rPr>
          <w:b w:val="0"/>
          <w:color w:val="2446A6"/>
        </w:rPr>
        <w:t>[Prénom Nom]</w:t>
      </w:r>
    </w:p>
    <w:sectPr w:rsidR="00FC693F" w:rsidRPr="0006063C" w:rsidSect="00034616">
      <w:pgSz w:w="11906" w:h="16838"/>
      <w:pgMar w:top="1134" w:right="1304" w:bottom="1134" w:left="1304"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pPr>
      <w:spacing w:after="120" w:line="276" w:lineRule="auto"/>
    </w:pPr>
    <w:rPr>
      <w:rFonts w:ascii="Georgia" w:hAnsi="Georgia"/>
      <w:sz w:val="22"/>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Lettre d'amour à distance</dc:title>
  <dc:subject/>
  <dc:creator/>
  <cp:keywords/>
  <dc:description/>
  <cp:lastModifiedBy/>
  <cp:revision>1</cp:revision>
  <dcterms:created xsi:type="dcterms:W3CDTF">2013-12-23T23:15:00Z</dcterms:created>
  <dcterms:modified xsi:type="dcterms:W3CDTF">2013-12-23T23:15:00Z</dcterms:modified>
  <cp:category/>
</cp:coreProperties>
</file>