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Mon doux </w:t>
      </w:r>
      <w:r>
        <w:rPr>
          <w:b w:val="0"/>
          <w:color w:val="2446A6"/>
        </w:rPr>
        <w:t>[Prénom]</w:t>
      </w:r>
      <w:r>
        <w:rPr>
          <w:b w:val="0"/>
        </w:rPr>
        <w:t>,</w:t>
      </w:r>
    </w:p>
    <w:p>
      <w:r>
        <w:rPr>
          <w:b w:val="0"/>
        </w:rPr>
        <w:t xml:space="preserve">Je t'écris depuis la table en chêne de la maison de </w:t>
      </w:r>
      <w:r>
        <w:rPr>
          <w:b w:val="0"/>
          <w:color w:val="2446A6"/>
        </w:rPr>
        <w:t>[Saint-Lunaire]</w:t>
      </w:r>
      <w:r>
        <w:rPr>
          <w:b w:val="0"/>
        </w:rPr>
        <w:t xml:space="preserve">, où nous avons passé </w:t>
      </w:r>
      <w:r>
        <w:rPr>
          <w:b w:val="0"/>
          <w:color w:val="2446A6"/>
        </w:rPr>
        <w:t>[l'été dernier]</w:t>
      </w:r>
      <w:r>
        <w:rPr>
          <w:b w:val="0"/>
        </w:rPr>
        <w:t xml:space="preserve">. Le tilleul du jardin embaume comme ce soir où tu avais </w:t>
      </w:r>
      <w:r>
        <w:rPr>
          <w:b w:val="0"/>
          <w:color w:val="2446A6"/>
        </w:rPr>
        <w:t>[préparé une tarte aux mirabelles]</w:t>
      </w:r>
      <w:r>
        <w:rPr>
          <w:b w:val="0"/>
        </w:rPr>
        <w:t xml:space="preserve"> et t'étais brûlé le pouce. Tu avais ri, et j'avais trouvé que même tes jurons étaient doux.</w:t>
      </w:r>
    </w:p>
    <w:p>
      <w:r>
        <w:rPr>
          <w:b w:val="0"/>
        </w:rPr>
        <w:t xml:space="preserve">Tu me manques à un point que je n'imaginais pas. Chaque matin, je me réveille en cherchant ton odeur sur l'oreiller, un mélange de </w:t>
      </w:r>
      <w:r>
        <w:rPr>
          <w:b w:val="0"/>
          <w:color w:val="2446A6"/>
        </w:rPr>
        <w:t>[savon au cèdre et de café]</w:t>
      </w:r>
      <w:r>
        <w:rPr>
          <w:b w:val="0"/>
        </w:rPr>
        <w:t xml:space="preserve">. Je ris toute seule en repensant à </w:t>
      </w:r>
      <w:r>
        <w:rPr>
          <w:b w:val="0"/>
          <w:color w:val="2446A6"/>
        </w:rPr>
        <w:t>[notre fou rire au cinéma Pathé]</w:t>
      </w:r>
      <w:r>
        <w:rPr>
          <w:b w:val="0"/>
        </w:rPr>
        <w:t>, quand tu imitais le client râleur. La caissière nous a regardés comme deux gamins.</w:t>
      </w:r>
    </w:p>
    <w:p>
      <w:r>
        <w:rPr>
          <w:b w:val="0"/>
        </w:rPr>
        <w:t xml:space="preserve">Tu as changé ma façon de voir </w:t>
      </w:r>
      <w:r>
        <w:rPr>
          <w:b w:val="0"/>
          <w:color w:val="2446A6"/>
        </w:rPr>
        <w:t>[les dimanches pluvieux]</w:t>
      </w:r>
      <w:r>
        <w:rPr>
          <w:b w:val="0"/>
        </w:rPr>
        <w:t xml:space="preserve">. Avant toi, je les fuyais. Maintenant, je sais qu'on peut s'emmitoufler sous </w:t>
      </w:r>
      <w:r>
        <w:rPr>
          <w:b w:val="0"/>
          <w:color w:val="2446A6"/>
        </w:rPr>
        <w:t>[le plaid écossais]</w:t>
      </w:r>
      <w:r>
        <w:rPr>
          <w:b w:val="0"/>
        </w:rPr>
        <w:t xml:space="preserve">, écouter </w:t>
      </w:r>
      <w:r>
        <w:rPr>
          <w:b w:val="0"/>
          <w:color w:val="2446A6"/>
        </w:rPr>
        <w:t>[Billie Holiday]</w:t>
      </w:r>
      <w:r>
        <w:rPr>
          <w:b w:val="0"/>
        </w:rPr>
        <w:t xml:space="preserve"> et refaire le monde en buvant du thé trop infusé.</w:t>
      </w:r>
    </w:p>
    <w:p>
      <w:r>
        <w:rPr>
          <w:b w:val="0"/>
        </w:rPr>
        <w:t xml:space="preserve">Quand tu liras ces lignes, tu seras à </w:t>
      </w:r>
      <w:r>
        <w:rPr>
          <w:b w:val="0"/>
          <w:color w:val="2446A6"/>
        </w:rPr>
        <w:t>[Biarritz]</w:t>
      </w:r>
      <w:r>
        <w:rPr>
          <w:b w:val="0"/>
        </w:rPr>
        <w:t xml:space="preserve">, à </w:t>
      </w:r>
      <w:r>
        <w:rPr>
          <w:b w:val="0"/>
          <w:color w:val="2446A6"/>
        </w:rPr>
        <w:t>[quatre cents kilomètres]</w:t>
      </w:r>
      <w:r>
        <w:rPr>
          <w:b w:val="0"/>
        </w:rPr>
        <w:t xml:space="preserve">. Je te promets qu'à ton retour, je t'emmène à </w:t>
      </w:r>
      <w:r>
        <w:rPr>
          <w:b w:val="0"/>
          <w:color w:val="2446A6"/>
        </w:rPr>
        <w:t>[la crique de la Torche]</w:t>
      </w:r>
      <w:r>
        <w:rPr>
          <w:b w:val="0"/>
        </w:rPr>
        <w:t xml:space="preserve"> pour rattraper chaque jour sans toi.</w:t>
      </w:r>
    </w:p>
    <w:p>
      <w:r>
        <w:rPr>
          <w:b w:val="0"/>
        </w:rPr>
        <w:t>Je t'embrasse là, juste sous l'oreille, comme tu aimes. À toi, pour toujours,</w:t>
      </w:r>
    </w:p>
    <w:p/>
    <w:p>
      <w:pPr>
        <w:jc w:val="right"/>
      </w:pPr>
      <w:r>
        <w:rPr>
          <w:b w:val="0"/>
          <w:color w:val="2446A6"/>
        </w:rPr>
        <w:t>[Prénom]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d'amour : exemples à personnaliser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