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>
      <w:r>
        <w:rPr>
          <w:b w:val="0"/>
        </w:rPr>
        <w:t>Cher Père Noël,</w:t>
      </w:r>
    </w:p>
    <w:p>
      <w:r>
        <w:rPr>
          <w:b w:val="0"/>
        </w:rPr>
        <w:t xml:space="preserve">Je m'appelle </w:t>
      </w:r>
      <w:r>
        <w:rPr>
          <w:b w:val="0"/>
          <w:color w:val="2446A6"/>
        </w:rPr>
        <w:t>[Lina]</w:t>
      </w:r>
      <w:r>
        <w:rPr>
          <w:b w:val="0"/>
        </w:rPr>
        <w:t xml:space="preserve"> et j'ai </w:t>
      </w:r>
      <w:r>
        <w:rPr>
          <w:b w:val="0"/>
          <w:color w:val="2446A6"/>
        </w:rPr>
        <w:t>[7 ans et demi]</w:t>
      </w:r>
      <w:r>
        <w:rPr>
          <w:b w:val="0"/>
        </w:rPr>
        <w:t xml:space="preserve">. J'habite à </w:t>
      </w:r>
      <w:r>
        <w:rPr>
          <w:b w:val="0"/>
          <w:color w:val="2446A6"/>
        </w:rPr>
        <w:t>[Annecy]</w:t>
      </w:r>
      <w:r>
        <w:rPr>
          <w:b w:val="0"/>
        </w:rPr>
        <w:t xml:space="preserve">, dans une maison avec un grand sapin que papa a installé le 1er décembre. Cette année, j'ai </w:t>
      </w:r>
      <w:r>
        <w:rPr>
          <w:b w:val="0"/>
          <w:color w:val="2446A6"/>
        </w:rPr>
        <w:t>[appris à faire du vélo sans les petites roues]</w:t>
      </w:r>
      <w:r>
        <w:rPr>
          <w:b w:val="0"/>
        </w:rPr>
        <w:t xml:space="preserve"> et j'ai </w:t>
      </w:r>
      <w:r>
        <w:rPr>
          <w:b w:val="0"/>
          <w:color w:val="2446A6"/>
        </w:rPr>
        <w:t>[rangé ma chambre tous les dimanches]</w:t>
      </w:r>
      <w:r>
        <w:rPr>
          <w:b w:val="0"/>
        </w:rPr>
        <w:t>.</w:t>
      </w:r>
    </w:p>
    <w:p>
      <w:r>
        <w:rPr>
          <w:b w:val="0"/>
        </w:rPr>
        <w:t xml:space="preserve">Pour Noël, je rêve d'un </w:t>
      </w:r>
      <w:r>
        <w:rPr>
          <w:b w:val="0"/>
          <w:color w:val="2446A6"/>
        </w:rPr>
        <w:t>[vélo rouge à sonnette]</w:t>
      </w:r>
      <w:r>
        <w:rPr>
          <w:b w:val="0"/>
        </w:rPr>
        <w:t xml:space="preserve"> et d'un </w:t>
      </w:r>
      <w:r>
        <w:rPr>
          <w:b w:val="0"/>
          <w:color w:val="2446A6"/>
        </w:rPr>
        <w:t>[livre sur les loups avec des images]</w:t>
      </w:r>
      <w:r>
        <w:rPr>
          <w:b w:val="0"/>
        </w:rPr>
        <w:t xml:space="preserve">. J'aimerais aussi une </w:t>
      </w:r>
      <w:r>
        <w:rPr>
          <w:b w:val="0"/>
          <w:color w:val="2446A6"/>
        </w:rPr>
        <w:t>[boîte de 48 crayons de couleur]</w:t>
      </w:r>
      <w:r>
        <w:rPr>
          <w:b w:val="0"/>
        </w:rPr>
        <w:t xml:space="preserve"> parce que j'ai usé les miens jusqu'au bout.</w:t>
      </w:r>
    </w:p>
    <w:p>
      <w:r>
        <w:rPr>
          <w:b w:val="0"/>
        </w:rPr>
        <w:t xml:space="preserve">Je t'ai laissé un carré de chocolat aux noisettes et une clémentine sur la table de la cuisine. Mes parents ont posé un verre de lait à côté. J'ai préparé un </w:t>
      </w:r>
      <w:r>
        <w:rPr>
          <w:b w:val="0"/>
          <w:color w:val="2446A6"/>
        </w:rPr>
        <w:t>[dessin de renne]</w:t>
      </w:r>
      <w:r>
        <w:rPr>
          <w:b w:val="0"/>
        </w:rPr>
        <w:t xml:space="preserve"> que je glisse dans l'enveloppe.</w:t>
      </w:r>
    </w:p>
    <w:p>
      <w:r>
        <w:rPr>
          <w:b w:val="0"/>
        </w:rPr>
        <w:t xml:space="preserve">Merci pour tout ce que tu fais. Je te promets de continuer à </w:t>
      </w:r>
      <w:r>
        <w:rPr>
          <w:b w:val="0"/>
          <w:color w:val="2446A6"/>
        </w:rPr>
        <w:t>[aider maman à mettre la table]</w:t>
      </w:r>
      <w:r>
        <w:rPr>
          <w:b w:val="0"/>
        </w:rPr>
        <w:t xml:space="preserve"> et de ne pas réveiller mon petit frère pendant la sieste.</w:t>
      </w:r>
    </w:p>
    <w:p>
      <w:r>
        <w:rPr>
          <w:b w:val="0"/>
        </w:rPr>
        <w:t>Je t'embrasse fort.</w:t>
      </w:r>
    </w:p>
    <w:p/>
    <w:p>
      <w:pPr>
        <w:jc w:val="right"/>
      </w:pPr>
      <w:r>
        <w:rPr>
          <w:b w:val="0"/>
          <w:color w:val="2446A6"/>
        </w:rPr>
        <w:t>[Lina]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Lettre au père Noël : comment l'écrire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