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[Prenom Nom]</w:t>
      </w:r>
    </w:p>
    <w:p>
      <w:pPr>
        <w:spacing w:after="0"/>
      </w:pPr>
      <w:r>
        <w:rPr>
          <w:b w:val="0"/>
          <w:color w:val="2446A6"/>
        </w:rPr>
        <w:t>[Numéro allocataire]</w:t>
      </w:r>
    </w:p>
    <w:p>
      <w:pPr>
        <w:spacing w:after="0"/>
      </w:pPr>
      <w:r>
        <w:rPr>
          <w:b w:val="0"/>
          <w:color w:val="2446A6"/>
        </w:rPr>
        <w:t>[Ancienne adresse complète]</w:t>
      </w:r>
    </w:p>
    <w:p>
      <w:pPr>
        <w:spacing w:after="0"/>
      </w:pPr>
      <w:r>
        <w:rPr>
          <w:b w:val="0"/>
          <w:color w:val="2446A6"/>
        </w:rPr>
        <w:t>[Téléphone]</w:t>
      </w:r>
    </w:p>
    <w:p>
      <w:pPr>
        <w:spacing w:after="0"/>
      </w:pPr>
      <w:r>
        <w:rPr>
          <w:b w:val="0"/>
          <w:color w:val="2446A6"/>
        </w:rPr>
        <w:t>[Email]</w:t>
      </w:r>
    </w:p>
    <w:p/>
    <w:p>
      <w:pPr>
        <w:spacing w:after="0"/>
        <w:jc w:val="right"/>
      </w:pPr>
      <w:r>
        <w:rPr>
          <w:b w:val="0"/>
        </w:rPr>
        <w:t>CAF de [Votre département]</w:t>
      </w:r>
    </w:p>
    <w:p>
      <w:pPr>
        <w:spacing w:after="0"/>
        <w:jc w:val="right"/>
      </w:pPr>
      <w:r>
        <w:rPr>
          <w:b w:val="0"/>
        </w:rPr>
        <w:t>Service Gestion des Dossiers</w:t>
      </w:r>
    </w:p>
    <w:p>
      <w:pPr>
        <w:spacing w:after="0"/>
        <w:jc w:val="right"/>
      </w:pPr>
      <w:r>
        <w:rPr>
          <w:b w:val="0"/>
          <w:color w:val="2446A6"/>
        </w:rPr>
        <w:t>[Adresse de votre caisse, ex : CAF du Nord, 59863 LILLE cedex 9]</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Objet : Déclaration de changement d'adresse et demande de mise à jour des droits</w:t>
      </w:r>
    </w:p>
    <w:p/>
    <w:p>
      <w:r>
        <w:rPr>
          <w:b w:val="0"/>
        </w:rPr>
        <w:t>Madame, Monsieur,</w:t>
      </w:r>
    </w:p>
    <w:p>
      <w:r>
        <w:rPr>
          <w:b w:val="0"/>
        </w:rPr>
        <w:t xml:space="preserve">Allocataire sous le numéro </w:t>
      </w:r>
      <w:r>
        <w:rPr>
          <w:b w:val="0"/>
          <w:color w:val="2446A6"/>
        </w:rPr>
        <w:t>[numéro allocataire]</w:t>
      </w:r>
      <w:r>
        <w:rPr>
          <w:b w:val="0"/>
        </w:rPr>
        <w:t xml:space="preserve">, je vous informe de mon déménagement intervenu le </w:t>
      </w:r>
      <w:r>
        <w:rPr>
          <w:b w:val="0"/>
          <w:color w:val="2446A6"/>
        </w:rPr>
        <w:t>[date d'effet]</w:t>
      </w:r>
      <w:r>
        <w:rPr>
          <w:b w:val="0"/>
        </w:rPr>
        <w:t xml:space="preserve">. Mon ancienne adresse était </w:t>
      </w:r>
      <w:r>
        <w:rPr>
          <w:b w:val="0"/>
          <w:color w:val="2446A6"/>
        </w:rPr>
        <w:t>[ancienne adresse]</w:t>
      </w:r>
      <w:r>
        <w:rPr>
          <w:b w:val="0"/>
        </w:rPr>
        <w:t xml:space="preserve"> ; ma nouvelle adresse est </w:t>
      </w:r>
      <w:r>
        <w:rPr>
          <w:b w:val="0"/>
          <w:color w:val="2446A6"/>
        </w:rPr>
        <w:t>[nouvelle adresse complète]</w:t>
      </w:r>
      <w:r>
        <w:rPr>
          <w:b w:val="0"/>
        </w:rPr>
        <w:t>, que j'occupe depuis cette date.</w:t>
      </w:r>
    </w:p>
    <w:p>
      <w:r>
        <w:rPr>
          <w:b w:val="0"/>
        </w:rPr>
        <w:t>Je sollicite le transfert de mes droits et, en particulier, la révision de mon aide personnalisée au logement. Je vous prie de bien vouloir m'indiquer si un dossier de demande doit être complété, les droits n'étant pas reconduits automatiquement après un changement de résidence principale.</w:t>
      </w:r>
    </w:p>
    <w:p>
      <w:r>
        <w:rPr>
          <w:b w:val="0"/>
        </w:rPr>
        <w:t>Vous trouverez ci-joint une photocopie de mon justificatif de domicile de moins de trois mois (facture d'électricité) ainsi que la copie de ma pièce d'identité.</w:t>
      </w:r>
    </w:p>
    <w:p>
      <w:r>
        <w:rPr>
          <w:b w:val="0"/>
        </w:rPr>
        <w:t>Je reste à votre disposition pour toute pièce complémentaire et vous remercie de bien vouloir confirmer la prise en compte de cette modification.</w:t>
      </w:r>
    </w:p>
    <w:p>
      <w:r>
        <w:rPr>
          <w:b w:val="0"/>
        </w:rPr>
        <w:t>Dans l'attente de votre confirmation, je vous prie d'agréer, Madame, Monsieur, l'expression de mes salutations distinguées.</w:t>
      </w:r>
    </w:p>
    <w:p/>
    <w:p>
      <w:pPr>
        <w:jc w:val="right"/>
      </w:pPr>
      <w:r>
        <w:rPr>
          <w:b w:val="0"/>
          <w:color w:val="2446A6"/>
        </w:rPr>
        <w:t>[Prenom Nom]</w:t>
      </w:r>
    </w:p>
    <w:p/>
    <w:p>
      <w:r>
        <w:rPr>
          <w:b w:val="0"/>
        </w:rPr>
        <w:t>Pièce jointe : photocopie de la facture d'électricité de moins de trois mois, copie de la pièce d'identité</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à la CAF : modèle pour déclarer un changement d'adresse</dc:title>
  <dc:subject/>
  <dc:creator/>
  <cp:keywords/>
  <dc:description/>
  <cp:lastModifiedBy/>
  <cp:revision>1</cp:revision>
  <dcterms:created xsi:type="dcterms:W3CDTF">2013-12-23T23:15:00Z</dcterms:created>
  <dcterms:modified xsi:type="dcterms:W3CDTF">2013-12-23T23:15:00Z</dcterms:modified>
  <cp:category/>
</cp:coreProperties>
</file>