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/>
      </w:pPr>
      <w:r>
        <w:rPr>
          <w:b w:val="0"/>
          <w:color w:val="2446A6"/>
        </w:rPr>
        <w:t>[Prénom Nom]</w:t>
      </w:r>
    </w:p>
    <w:p>
      <w:pPr>
        <w:spacing w:after="0"/>
      </w:pPr>
      <w:r>
        <w:rPr>
          <w:b w:val="0"/>
          <w:color w:val="2446A6"/>
        </w:rPr>
        <w:t>[Adresse]</w:t>
      </w:r>
    </w:p>
    <w:p>
      <w:pPr>
        <w:spacing w:after="0"/>
      </w:pPr>
      <w:r>
        <w:rPr>
          <w:b w:val="0"/>
          <w:color w:val="2446A6"/>
        </w:rPr>
        <w:t>[Code postal Ville]</w:t>
      </w:r>
    </w:p>
    <w:p>
      <w:pPr>
        <w:spacing w:after="0"/>
      </w:pPr>
      <w:r>
        <w:rPr>
          <w:b w:val="0"/>
        </w:rPr>
        <w:t xml:space="preserve">Tél. : </w:t>
      </w:r>
      <w:r>
        <w:rPr>
          <w:b w:val="0"/>
          <w:color w:val="2446A6"/>
        </w:rPr>
        <w:t>[Téléphone]</w:t>
      </w:r>
    </w:p>
    <w:p/>
    <w:p>
      <w:pPr>
        <w:spacing w:after="0"/>
        <w:jc w:val="right"/>
      </w:pPr>
      <w:r>
        <w:rPr>
          <w:b w:val="0"/>
        </w:rPr>
        <w:t>Assurance Maladie de Paris</w:t>
      </w:r>
    </w:p>
    <w:p>
      <w:pPr>
        <w:spacing w:after="0"/>
        <w:jc w:val="right"/>
      </w:pPr>
      <w:r>
        <w:rPr>
          <w:b w:val="0"/>
        </w:rPr>
        <w:t>75948 PARIS CEDEX 19</w:t>
      </w:r>
    </w:p>
    <w:p/>
    <w:p>
      <w:pPr>
        <w:jc w:val="right"/>
      </w:pPr>
      <w:r>
        <w:rPr>
          <w:b w:val="0"/>
        </w:rPr>
        <w:t xml:space="preserve">À </w:t>
      </w:r>
      <w:r>
        <w:rPr>
          <w:b w:val="0"/>
          <w:color w:val="2446A6"/>
        </w:rPr>
        <w:t>[Ville]</w:t>
      </w:r>
      <w:r>
        <w:rPr>
          <w:b w:val="0"/>
        </w:rPr>
        <w:t xml:space="preserve">, le </w:t>
      </w:r>
      <w:r>
        <w:rPr>
          <w:b w:val="0"/>
          <w:color w:val="2446A6"/>
        </w:rPr>
        <w:t>[date]</w:t>
      </w:r>
    </w:p>
    <w:p>
      <w:pPr>
        <w:spacing w:after="0"/>
      </w:pPr>
      <w:r>
        <w:rPr>
          <w:b/>
        </w:rPr>
        <w:t>Lettre recommandée avec accusé de réception</w:t>
      </w:r>
    </w:p>
    <w:p>
      <w:r>
        <w:rPr>
          <w:b/>
        </w:rPr>
        <w:t>Objet : Envoi d'un avis d'arrêt de travail</w:t>
      </w:r>
    </w:p>
    <w:p/>
    <w:p>
      <w:r>
        <w:rPr>
          <w:b w:val="0"/>
        </w:rPr>
        <w:t>Madame, Monsieur,</w:t>
      </w:r>
    </w:p>
    <w:p>
      <w:r>
        <w:rPr>
          <w:b w:val="0"/>
        </w:rPr>
        <w:t xml:space="preserve">Conformément à la réglementation, je vous informe que cet envoi respecte le délai de 48 heures à compter de la prescription de l'arrêt, soit avant le </w:t>
      </w:r>
      <w:r>
        <w:rPr>
          <w:b w:val="0"/>
          <w:color w:val="2446A6"/>
        </w:rPr>
        <w:t>[date limite]</w:t>
      </w:r>
      <w:r>
        <w:rPr>
          <w:b w:val="0"/>
        </w:rPr>
        <w:t>.</w:t>
      </w:r>
    </w:p>
    <w:p>
      <w:r>
        <w:rPr>
          <w:b w:val="0"/>
        </w:rPr>
        <w:t xml:space="preserve">Je vous adresse, par la présente, l'avis d'arrêt de travail original qui m'a été remis le </w:t>
      </w:r>
      <w:r>
        <w:rPr>
          <w:b w:val="0"/>
          <w:color w:val="2446A6"/>
        </w:rPr>
        <w:t>[date]</w:t>
      </w:r>
      <w:r>
        <w:rPr>
          <w:b w:val="0"/>
        </w:rPr>
        <w:t xml:space="preserve"> par le docteur </w:t>
      </w:r>
      <w:r>
        <w:rPr>
          <w:b w:val="0"/>
          <w:color w:val="2446A6"/>
        </w:rPr>
        <w:t>[Nom du médecin]</w:t>
      </w:r>
      <w:r>
        <w:rPr>
          <w:b w:val="0"/>
        </w:rPr>
        <w:t xml:space="preserve">. Cet arrêt prescrit une durée de </w:t>
      </w:r>
      <w:r>
        <w:rPr>
          <w:b w:val="0"/>
          <w:color w:val="2446A6"/>
        </w:rPr>
        <w:t>[nombre]</w:t>
      </w:r>
      <w:r>
        <w:rPr>
          <w:b w:val="0"/>
        </w:rPr>
        <w:t xml:space="preserve"> jours, du </w:t>
      </w:r>
      <w:r>
        <w:rPr>
          <w:b w:val="0"/>
          <w:color w:val="2446A6"/>
        </w:rPr>
        <w:t>[date début]</w:t>
      </w:r>
      <w:r>
        <w:rPr>
          <w:b w:val="0"/>
        </w:rPr>
        <w:t xml:space="preserve"> au </w:t>
      </w:r>
      <w:r>
        <w:rPr>
          <w:b w:val="0"/>
          <w:color w:val="2446A6"/>
        </w:rPr>
        <w:t>[date fin]</w:t>
      </w:r>
      <w:r>
        <w:rPr>
          <w:b w:val="0"/>
        </w:rPr>
        <w:t>.</w:t>
      </w:r>
    </w:p>
    <w:p>
      <w:r>
        <w:rPr>
          <w:b w:val="0"/>
        </w:rPr>
        <w:t xml:space="preserve">Mon numéro de Sécurité sociale est </w:t>
      </w:r>
      <w:r>
        <w:rPr>
          <w:b w:val="0"/>
          <w:color w:val="2446A6"/>
        </w:rPr>
        <w:t>[numéro]</w:t>
      </w:r>
      <w:r>
        <w:rPr>
          <w:b w:val="0"/>
        </w:rPr>
        <w:t xml:space="preserve">. Je suis salarié de l'entreprise </w:t>
      </w:r>
      <w:r>
        <w:rPr>
          <w:b w:val="0"/>
          <w:color w:val="2446A6"/>
        </w:rPr>
        <w:t>[Nom entreprise]</w:t>
      </w:r>
      <w:r>
        <w:rPr>
          <w:b w:val="0"/>
        </w:rPr>
        <w:t xml:space="preserve"> depuis </w:t>
      </w:r>
      <w:r>
        <w:rPr>
          <w:b w:val="0"/>
          <w:color w:val="2446A6"/>
        </w:rPr>
        <w:t>[année]</w:t>
      </w:r>
      <w:r>
        <w:rPr>
          <w:b w:val="0"/>
        </w:rPr>
        <w:t xml:space="preserve"> et je cotise au régime général. Mes indemnités journalières doivent être calculées sur la base de mes salaires des trois derniers mois, conformément à l'article L323-4 du Code de la Sécurité sociale.</w:t>
      </w:r>
    </w:p>
    <w:p>
      <w:r>
        <w:rPr>
          <w:b w:val="0"/>
        </w:rPr>
        <w:t>Vous trouverez également ci-joint la photocopie de ma carte Vitale et une attestation de salaire remplie par mon employeur, comme l'exige la procédure pour une première demande d'indemnités.</w:t>
      </w:r>
    </w:p>
    <w:p>
      <w:r>
        <w:rPr>
          <w:b w:val="0"/>
        </w:rPr>
        <w:t>Je vous prie de bien vouloir me tenir informé de la prise en charge de cet arrêt et des éventuelles pièces manquantes, via mon compte ameli ou par courrier.</w:t>
      </w:r>
    </w:p>
    <w:p>
      <w:r>
        <w:rPr>
          <w:b w:val="0"/>
        </w:rPr>
        <w:t>Dans l'attente de votre réponse, je vous prie d'agréer, Madame, Monsieur, l'expression de mes salutations distinguées.</w:t>
      </w:r>
    </w:p>
    <w:p/>
    <w:p>
      <w:pPr>
        <w:jc w:val="right"/>
      </w:pPr>
      <w:r>
        <w:rPr>
          <w:b w:val="0"/>
          <w:color w:val="2446A6"/>
        </w:rPr>
        <w:t>[Prénom Nom]</w:t>
      </w:r>
    </w:p>
    <w:p/>
    <w:p>
      <w:r>
        <w:rPr>
          <w:b w:val="0"/>
        </w:rPr>
        <w:t>Pièces jointes : avis d'arrêt de travail original, photocopie de la carte Vitale, attestation de salaire employeur.</w:t>
      </w:r>
    </w:p>
    <w:sectPr w:rsidR="00FC693F" w:rsidRPr="0006063C" w:rsidSect="00034616">
      <w:pgSz w:w="11906" w:h="16838"/>
      <w:pgMar w:top="1134" w:right="1304" w:bottom="1134" w:left="130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 w:line="276" w:lineRule="auto"/>
    </w:pPr>
    <w:rPr>
      <w:rFonts w:ascii="Georgia" w:hAnsi="Georgia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Lettre à la CPAM : modèles selon votre demande</dc:title>
  <dc:subject/>
  <dc:creator/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