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[06 XX XX XX XX]</w:t>
      </w:r>
    </w:p>
    <w:p>
      <w:pPr>
        <w:spacing w:after="0"/>
      </w:pPr>
      <w:r>
        <w:rPr>
          <w:b w:val="0"/>
        </w:rPr>
        <w:t xml:space="preserve">Email : </w:t>
      </w:r>
      <w:r>
        <w:rPr>
          <w:b w:val="0"/>
          <w:color w:val="2446A6"/>
        </w:rPr>
        <w:t>[prenom.nom@email.com]</w:t>
      </w:r>
    </w:p>
    <w:p/>
    <w:p>
      <w:pPr>
        <w:spacing w:after="0"/>
        <w:jc w:val="right"/>
      </w:pPr>
      <w:r>
        <w:rPr>
          <w:b w:val="0"/>
        </w:rPr>
        <w:t>Service des Ressources Humaines</w:t>
      </w:r>
    </w:p>
    <w:p>
      <w:pPr>
        <w:spacing w:after="0"/>
        <w:jc w:val="right"/>
      </w:pPr>
      <w:r>
        <w:rPr>
          <w:b w:val="0"/>
        </w:rPr>
        <w:t xml:space="preserve">Société </w:t>
      </w:r>
      <w:r>
        <w:rPr>
          <w:b w:val="0"/>
          <w:color w:val="2446A6"/>
        </w:rPr>
        <w:t>[Nom de l'entreprise]</w:t>
      </w:r>
    </w:p>
    <w:p>
      <w:pPr>
        <w:spacing w:after="0"/>
        <w:jc w:val="right"/>
      </w:pPr>
      <w:r>
        <w:rPr>
          <w:b w:val="0"/>
          <w:color w:val="2446A6"/>
        </w:rPr>
        <w:t>[Adresse de l'entreprise]</w:t>
      </w:r>
    </w:p>
    <w:p>
      <w:pPr>
        <w:spacing w:after="0"/>
        <w:jc w:val="right"/>
      </w:pPr>
      <w:r>
        <w:rPr>
          <w:b w:val="0"/>
          <w:color w:val="2446A6"/>
        </w:rPr>
        <w:t>[Code postal 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Demande d'augmentation de salaire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Titulaire du poste de </w:t>
      </w:r>
      <w:r>
        <w:rPr>
          <w:b w:val="0"/>
          <w:color w:val="2446A6"/>
        </w:rPr>
        <w:t>[responsable comptable]</w:t>
      </w:r>
      <w:r>
        <w:rPr>
          <w:b w:val="0"/>
        </w:rPr>
        <w:t xml:space="preserve"> depuis </w:t>
      </w:r>
      <w:r>
        <w:rPr>
          <w:b w:val="0"/>
          <w:color w:val="2446A6"/>
        </w:rPr>
        <w:t>[trois ans]</w:t>
      </w:r>
      <w:r>
        <w:rPr>
          <w:b w:val="0"/>
        </w:rPr>
        <w:t xml:space="preserve"> au sein de votre entreprise, je sollicite par la présente un réexamen de ma rémunération.</w:t>
      </w:r>
    </w:p>
    <w:p>
      <w:r>
        <w:rPr>
          <w:b w:val="0"/>
        </w:rPr>
        <w:t xml:space="preserve">Au cours de l'exercice </w:t>
      </w:r>
      <w:r>
        <w:rPr>
          <w:b w:val="0"/>
          <w:color w:val="2446A6"/>
        </w:rPr>
        <w:t>[2025-2026]</w:t>
      </w:r>
      <w:r>
        <w:rPr>
          <w:b w:val="0"/>
        </w:rPr>
        <w:t xml:space="preserve">, j'ai piloté la clôture annuelle avec un gain de </w:t>
      </w:r>
      <w:r>
        <w:rPr>
          <w:b w:val="0"/>
          <w:color w:val="2446A6"/>
        </w:rPr>
        <w:t>[15 %]</w:t>
      </w:r>
      <w:r>
        <w:rPr>
          <w:b w:val="0"/>
        </w:rPr>
        <w:t xml:space="preserve"> sur les délais de reporting et mis en place un outil de suivi des impayés qui a réduit le poste clients douteux de </w:t>
      </w:r>
      <w:r>
        <w:rPr>
          <w:b w:val="0"/>
          <w:color w:val="2446A6"/>
        </w:rPr>
        <w:t>[8 200 €]</w:t>
      </w:r>
      <w:r>
        <w:rPr>
          <w:b w:val="0"/>
        </w:rPr>
        <w:t xml:space="preserve">. Ces résultats s'ajoutent à la certification </w:t>
      </w:r>
      <w:r>
        <w:rPr>
          <w:b w:val="0"/>
          <w:color w:val="2446A6"/>
        </w:rPr>
        <w:t>[IFRS]</w:t>
      </w:r>
      <w:r>
        <w:rPr>
          <w:b w:val="0"/>
        </w:rPr>
        <w:t xml:space="preserve"> obtenue en </w:t>
      </w:r>
      <w:r>
        <w:rPr>
          <w:b w:val="0"/>
          <w:color w:val="2446A6"/>
        </w:rPr>
        <w:t>[mars 2026]</w:t>
      </w:r>
      <w:r>
        <w:rPr>
          <w:b w:val="0"/>
        </w:rPr>
        <w:t xml:space="preserve"> sur mon temps personnel.</w:t>
      </w:r>
    </w:p>
    <w:p>
      <w:r>
        <w:rPr>
          <w:b w:val="0"/>
        </w:rPr>
        <w:t xml:space="preserve">La rémunération actuelle de </w:t>
      </w:r>
      <w:r>
        <w:rPr>
          <w:b w:val="0"/>
          <w:color w:val="2446A6"/>
        </w:rPr>
        <w:t>[2 850 €]</w:t>
      </w:r>
      <w:r>
        <w:rPr>
          <w:b w:val="0"/>
        </w:rPr>
        <w:t xml:space="preserve"> bruts mensuels se situe en dessous de la médiane du marché pour un poste équivalent en </w:t>
      </w:r>
      <w:r>
        <w:rPr>
          <w:b w:val="0"/>
          <w:color w:val="2446A6"/>
        </w:rPr>
        <w:t>[Île-de-France]</w:t>
      </w:r>
      <w:r>
        <w:rPr>
          <w:b w:val="0"/>
        </w:rPr>
        <w:t xml:space="preserve">, qui s'établit à </w:t>
      </w:r>
      <w:r>
        <w:rPr>
          <w:b w:val="0"/>
          <w:color w:val="2446A6"/>
        </w:rPr>
        <w:t>[3 200 €]</w:t>
      </w:r>
      <w:r>
        <w:rPr>
          <w:b w:val="0"/>
        </w:rPr>
        <w:t xml:space="preserve"> selon l'étude </w:t>
      </w:r>
      <w:r>
        <w:rPr>
          <w:b w:val="0"/>
          <w:color w:val="2446A6"/>
        </w:rPr>
        <w:t>[PageGroup 2026]</w:t>
      </w:r>
      <w:r>
        <w:rPr>
          <w:b w:val="0"/>
        </w:rPr>
        <w:t xml:space="preserve">. Je vous propose de porter mon salaire de base à </w:t>
      </w:r>
      <w:r>
        <w:rPr>
          <w:b w:val="0"/>
          <w:color w:val="2446A6"/>
        </w:rPr>
        <w:t>[3 200 €]</w:t>
      </w:r>
      <w:r>
        <w:rPr>
          <w:b w:val="0"/>
        </w:rPr>
        <w:t xml:space="preserve"> bruts mensuels, soit une augmentation de </w:t>
      </w:r>
      <w:r>
        <w:rPr>
          <w:b w:val="0"/>
          <w:color w:val="2446A6"/>
        </w:rPr>
        <w:t>[12,3 %]</w:t>
      </w:r>
      <w:r>
        <w:rPr>
          <w:b w:val="0"/>
        </w:rPr>
        <w:t>.</w:t>
      </w:r>
    </w:p>
    <w:p>
      <w:r>
        <w:rPr>
          <w:b w:val="0"/>
        </w:rPr>
        <w:t>Je reste à votre disposition pour échanger sur ces éléments lors d'un entretien. Dans l'attente de votre retour, je vous prie d'agréer, Madame, Monsieur, l'expression de mes salutations distinguées.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 jointe : tableau de bord des résultats </w:t>
      </w:r>
      <w:r>
        <w:rPr>
          <w:b w:val="0"/>
          <w:color w:val="2446A6"/>
        </w:rPr>
        <w:t>[2025-2026]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demande d'augmentation de salaire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