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[Numéro et voie, code postal,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Courriel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</w:rPr>
        <w:t>Entreprise Durand &amp; Fils</w:t>
      </w:r>
    </w:p>
    <w:p>
      <w:pPr>
        <w:spacing w:after="0"/>
        <w:jc w:val="right"/>
      </w:pPr>
      <w:r>
        <w:rPr>
          <w:b w:val="0"/>
        </w:rPr>
        <w:t>14 avenue de la République</w:t>
      </w:r>
    </w:p>
    <w:p>
      <w:pPr>
        <w:spacing w:after="0"/>
        <w:jc w:val="right"/>
      </w:pPr>
      <w:r>
        <w:rPr>
          <w:b w:val="0"/>
        </w:rPr>
        <w:t>75011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Demande de congé de paternité et de naissance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vous informe de la naissance prochaine de mon enfant, attendue le </w:t>
      </w:r>
      <w:r>
        <w:rPr>
          <w:b w:val="0"/>
          <w:color w:val="2446A6"/>
        </w:rPr>
        <w:t>[date prévue d'accouchement]</w:t>
      </w:r>
      <w:r>
        <w:rPr>
          <w:b w:val="0"/>
        </w:rPr>
        <w:t>. Conformément aux articles L.1225-35 et suivants du Code du travail, je souhaite bénéficier du congé de paternité et d'accueil de l'enfant.</w:t>
      </w:r>
    </w:p>
    <w:p>
      <w:r>
        <w:rPr>
          <w:b w:val="0"/>
        </w:rPr>
        <w:t xml:space="preserve">Je demande le congé de naissance de trois jours à compter de la date effective de l'accouchement. Je vous préviendrai dès que possible du jour exact de la naissance, qui devrait intervenir autour du </w:t>
      </w:r>
      <w:r>
        <w:rPr>
          <w:b w:val="0"/>
          <w:color w:val="2446A6"/>
        </w:rPr>
        <w:t>[date prévue]</w:t>
      </w:r>
      <w:r>
        <w:rPr>
          <w:b w:val="0"/>
        </w:rPr>
        <w:t>.</w:t>
      </w:r>
    </w:p>
    <w:p>
      <w:r>
        <w:rPr>
          <w:b w:val="0"/>
        </w:rPr>
        <w:t xml:space="preserve">Je sollicite également le congé de paternité de vingt-cinq jours, qui débutera le </w:t>
      </w:r>
      <w:r>
        <w:rPr>
          <w:b w:val="0"/>
          <w:color w:val="2446A6"/>
        </w:rPr>
        <w:t>[date de début]</w:t>
      </w:r>
      <w:r>
        <w:rPr>
          <w:b w:val="0"/>
        </w:rPr>
        <w:t xml:space="preserve"> pour s'achever le </w:t>
      </w:r>
      <w:r>
        <w:rPr>
          <w:b w:val="0"/>
          <w:color w:val="2446A6"/>
        </w:rPr>
        <w:t>[date de fin]</w:t>
      </w:r>
      <w:r>
        <w:rPr>
          <w:b w:val="0"/>
        </w:rPr>
        <w:t>. Ce délai respecte le préavis d'un mois imposé par l'article L.1225-35 du Code du travail.</w:t>
      </w:r>
    </w:p>
    <w:p>
      <w:r>
        <w:rPr>
          <w:b w:val="0"/>
        </w:rPr>
        <w:t>Le certificat médical attestant de la grossesse et de la date prévue d'accouchement est joint à ce courrier. Je vous adresserai l'acte de naissance dès sa réception afin de finaliser les démarches.</w:t>
      </w:r>
    </w:p>
    <w:p>
      <w:r>
        <w:rPr>
          <w:b w:val="0"/>
        </w:rPr>
        <w:t>Je vous remercie de bien vouloir organiser la continuité de mes activités pendant mon absence et reste à votre disposition pour toute précision.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Certificat médical de grossesse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demande de congé de paternité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