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de congé parental d’éducation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contrat de travail au sein de votre entreprise depuis le </w:t>
      </w:r>
      <w:r>
        <w:rPr>
          <w:b w:val="0"/>
          <w:color w:val="2446A6"/>
        </w:rPr>
        <w:t>[date d’entrée]</w:t>
      </w:r>
      <w:r>
        <w:rPr>
          <w:b w:val="0"/>
        </w:rPr>
        <w:t xml:space="preserve">, je souhaite bénéficier d’un congé parental d’éducation à compter du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pour une durée de </w:t>
      </w:r>
      <w:r>
        <w:rPr>
          <w:b w:val="0"/>
          <w:color w:val="2446A6"/>
        </w:rPr>
        <w:t>[un an]</w:t>
      </w:r>
      <w:r>
        <w:rPr>
          <w:b w:val="0"/>
        </w:rPr>
        <w:t xml:space="preserve">, soit jusqu’au </w:t>
      </w:r>
      <w:r>
        <w:rPr>
          <w:b w:val="0"/>
          <w:color w:val="2446A6"/>
        </w:rPr>
        <w:t>[date de fin]</w:t>
      </w:r>
      <w:r>
        <w:rPr>
          <w:b w:val="0"/>
        </w:rPr>
        <w:t>. J’opte pour une suspension totale de mon contrat de travail durant cette période.</w:t>
      </w:r>
    </w:p>
    <w:p>
      <w:r>
        <w:rPr>
          <w:b w:val="0"/>
        </w:rPr>
        <w:t xml:space="preserve">Cette demande, formulée en application des articles L1225-47 et suivants du Code du travail, vous parvient au moins un mois avant la date de début souhaitée. Vous trouverez ci-joint la copie de l’acte de naissance de mon enfant, </w:t>
      </w:r>
      <w:r>
        <w:rPr>
          <w:b w:val="0"/>
          <w:color w:val="2446A6"/>
        </w:rPr>
        <w:t>[Prénom de l’enfant]</w:t>
      </w:r>
      <w:r>
        <w:rPr>
          <w:b w:val="0"/>
        </w:rPr>
        <w:t xml:space="preserve">, né le </w:t>
      </w:r>
      <w:r>
        <w:rPr>
          <w:b w:val="0"/>
          <w:color w:val="2446A6"/>
        </w:rPr>
        <w:t>[date de naissance]</w:t>
      </w:r>
      <w:r>
        <w:rPr>
          <w:b w:val="0"/>
        </w:rPr>
        <w:t>.</w:t>
      </w:r>
    </w:p>
    <w:p>
      <w:r>
        <w:rPr>
          <w:b w:val="0"/>
        </w:rPr>
        <w:t>Je me tiens à votre disposition pour toute précision et conviens de vous rencontrer avant mon départ afin d’organiser la passation de mes dossiers.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de l’acte de naissance de </w:t>
      </w:r>
      <w:r>
        <w:rPr>
          <w:b w:val="0"/>
          <w:color w:val="2446A6"/>
        </w:rPr>
        <w:t>[Prénom de l’enfant]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de congé parental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