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>
      <w:pPr>
        <w:spacing w:after="0"/>
      </w:pPr>
      <w:r>
        <w:rPr>
          <w:b w:val="0"/>
          <w:color w:val="2446A6"/>
        </w:rPr>
        <w:t>[Téléphone]</w:t>
      </w:r>
    </w:p>
    <w:p/>
    <w:p>
      <w:pPr>
        <w:spacing w:after="0"/>
        <w:jc w:val="right"/>
      </w:pPr>
      <w:r>
        <w:rPr>
          <w:b w:val="0"/>
        </w:rPr>
        <w:t>Département Ressources Humaines</w:t>
      </w:r>
    </w:p>
    <w:p>
      <w:pPr>
        <w:spacing w:after="0"/>
        <w:jc w:val="right"/>
      </w:pPr>
      <w:r>
        <w:rPr>
          <w:b w:val="0"/>
        </w:rPr>
        <w:t>Clinique Vétérinaire du Parc</w:t>
      </w:r>
    </w:p>
    <w:p>
      <w:pPr>
        <w:spacing w:after="0"/>
        <w:jc w:val="right"/>
      </w:pPr>
      <w:r>
        <w:rPr>
          <w:b w:val="0"/>
        </w:rPr>
        <w:t>8 rue des Tilleuls, 33000 Bordeaux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Demande de congés payés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Par la présente, je vous adresse une demande de congés payés pour la période du </w:t>
      </w:r>
      <w:r>
        <w:rPr>
          <w:b w:val="0"/>
          <w:color w:val="2446A6"/>
        </w:rPr>
        <w:t>[date de début]</w:t>
      </w:r>
      <w:r>
        <w:rPr>
          <w:b w:val="0"/>
        </w:rPr>
        <w:t xml:space="preserve"> au </w:t>
      </w:r>
      <w:r>
        <w:rPr>
          <w:b w:val="0"/>
          <w:color w:val="2446A6"/>
        </w:rPr>
        <w:t>[date de fin]</w:t>
      </w:r>
      <w:r>
        <w:rPr>
          <w:b w:val="0"/>
        </w:rPr>
        <w:t xml:space="preserve"> inclus, soit </w:t>
      </w:r>
      <w:r>
        <w:rPr>
          <w:b w:val="0"/>
          <w:color w:val="2446A6"/>
        </w:rPr>
        <w:t>[nombre de jours]</w:t>
      </w:r>
      <w:r>
        <w:rPr>
          <w:b w:val="0"/>
        </w:rPr>
        <w:t xml:space="preserve"> jours ouvrables.</w:t>
      </w:r>
    </w:p>
    <w:p>
      <w:r>
        <w:rPr>
          <w:b w:val="0"/>
        </w:rPr>
        <w:t xml:space="preserve">Cette absence correspond à mes droits acquis au titre de la période de référence en cours. Mon solde actuel s'élève à </w:t>
      </w:r>
      <w:r>
        <w:rPr>
          <w:b w:val="0"/>
          <w:color w:val="2446A6"/>
        </w:rPr>
        <w:t>[solde]</w:t>
      </w:r>
      <w:r>
        <w:rPr>
          <w:b w:val="0"/>
        </w:rPr>
        <w:t xml:space="preserve"> jours, déduction faite des prochains congés.</w:t>
      </w:r>
    </w:p>
    <w:p>
      <w:r>
        <w:rPr>
          <w:b w:val="0"/>
        </w:rPr>
        <w:t xml:space="preserve">Conformément aux dispositions de la convention collective </w:t>
      </w:r>
      <w:r>
        <w:rPr>
          <w:b w:val="0"/>
          <w:color w:val="2446A6"/>
        </w:rPr>
        <w:t>[nom de la convention]</w:t>
      </w:r>
      <w:r>
        <w:rPr>
          <w:b w:val="0"/>
        </w:rPr>
        <w:t xml:space="preserve"> et au planning des départs affiché le </w:t>
      </w:r>
      <w:r>
        <w:rPr>
          <w:b w:val="0"/>
          <w:color w:val="2446A6"/>
        </w:rPr>
        <w:t>[date]</w:t>
      </w:r>
      <w:r>
        <w:rPr>
          <w:b w:val="0"/>
        </w:rPr>
        <w:t xml:space="preserve">, je sollicite la validation de ces dates avant le </w:t>
      </w:r>
      <w:r>
        <w:rPr>
          <w:b w:val="0"/>
          <w:color w:val="2446A6"/>
        </w:rPr>
        <w:t>[date limite de réponse]</w:t>
      </w:r>
      <w:r>
        <w:rPr>
          <w:b w:val="0"/>
        </w:rPr>
        <w:t>.</w:t>
      </w:r>
    </w:p>
    <w:p>
      <w:r>
        <w:rPr>
          <w:b w:val="0"/>
        </w:rPr>
        <w:t>Je reste naturellement à votre disposition pour tout complément d'information et vous remercie de l'attention portée à ma demande.</w:t>
      </w:r>
    </w:p>
    <w:p>
      <w:r>
        <w:rPr>
          <w:b w:val="0"/>
        </w:rPr>
        <w:t>Veuillez 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Copie du relevé de congés payés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demande de congés payés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