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 postale complète]</w:t>
      </w:r>
    </w:p>
    <w:p>
      <w:pPr>
        <w:spacing w:after="0"/>
      </w:pPr>
      <w:r>
        <w:rPr>
          <w:b w:val="0"/>
          <w:color w:val="2446A6"/>
        </w:rPr>
        <w:t>[Téléphone]</w:t>
      </w:r>
    </w:p>
    <w:p/>
    <w:p>
      <w:pPr>
        <w:spacing w:after="0"/>
        <w:jc w:val="right"/>
      </w:pPr>
      <w:r>
        <w:rPr>
          <w:b w:val="0"/>
          <w:color w:val="2446A6"/>
        </w:rPr>
        <w:t>[Nom du responsable RH ou dirigeant]</w:t>
      </w:r>
    </w:p>
    <w:p>
      <w:pPr>
        <w:spacing w:after="0"/>
        <w:jc w:val="right"/>
      </w:pPr>
      <w:r>
        <w:rPr>
          <w:b w:val="0"/>
          <w:color w:val="2446A6"/>
        </w:rPr>
        <w:t>[Adresse de l'entreprise]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Demande de congé sans solde du </w:t>
      </w:r>
      <w:r>
        <w:rPr>
          <w:b/>
          <w:color w:val="2446A6"/>
        </w:rPr>
        <w:t>[1er septembre 2027]</w:t>
      </w:r>
      <w:r>
        <w:rPr>
          <w:b/>
        </w:rPr>
        <w:t xml:space="preserve"> au </w:t>
      </w:r>
      <w:r>
        <w:rPr>
          <w:b/>
          <w:color w:val="2446A6"/>
        </w:rPr>
        <w:t>[30 novembre 2027]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vous adresse par la présente une demande de congé sans solde d'une durée de </w:t>
      </w:r>
      <w:r>
        <w:rPr>
          <w:b w:val="0"/>
          <w:color w:val="2446A6"/>
        </w:rPr>
        <w:t>[trois mois]</w:t>
      </w:r>
      <w:r>
        <w:rPr>
          <w:b w:val="0"/>
        </w:rPr>
        <w:t xml:space="preserve">, qui débuterait le </w:t>
      </w:r>
      <w:r>
        <w:rPr>
          <w:b w:val="0"/>
          <w:color w:val="2446A6"/>
        </w:rPr>
        <w:t>[1er septembre 2027]</w:t>
      </w:r>
      <w:r>
        <w:rPr>
          <w:b w:val="0"/>
        </w:rPr>
        <w:t xml:space="preserve"> pour s'achever le </w:t>
      </w:r>
      <w:r>
        <w:rPr>
          <w:b w:val="0"/>
          <w:color w:val="2446A6"/>
        </w:rPr>
        <w:t>[30 novembre 2027]</w:t>
      </w:r>
      <w:r>
        <w:rPr>
          <w:b w:val="0"/>
        </w:rPr>
        <w:t xml:space="preserve">. Cette absence est motivée par </w:t>
      </w:r>
      <w:r>
        <w:rPr>
          <w:b w:val="0"/>
          <w:color w:val="2446A6"/>
        </w:rPr>
        <w:t>[un projet personnel nécessitant une disponibilité exclusive]</w:t>
      </w:r>
      <w:r>
        <w:rPr>
          <w:b w:val="0"/>
        </w:rPr>
        <w:t>.</w:t>
      </w:r>
    </w:p>
    <w:p>
      <w:r>
        <w:rPr>
          <w:b w:val="0"/>
        </w:rPr>
        <w:t xml:space="preserve">Conformément aux dispositions de notre convention collective (article </w:t>
      </w:r>
      <w:r>
        <w:rPr>
          <w:b w:val="0"/>
          <w:color w:val="2446A6"/>
        </w:rPr>
        <w:t>[X]</w:t>
      </w:r>
      <w:r>
        <w:rPr>
          <w:b w:val="0"/>
        </w:rPr>
        <w:t xml:space="preserve">), j'ai vérifié que ce congé peut être sollicité sous réserve d'un préavis de </w:t>
      </w:r>
      <w:r>
        <w:rPr>
          <w:b w:val="0"/>
          <w:color w:val="2446A6"/>
        </w:rPr>
        <w:t>[trois mois]</w:t>
      </w:r>
      <w:r>
        <w:rPr>
          <w:b w:val="0"/>
        </w:rPr>
        <w:t>, que je respecte aujourd'hui. J'ai bien noté que cette période suspend mon contrat de travail et n'est pas rémunérée.</w:t>
      </w:r>
    </w:p>
    <w:p>
      <w:r>
        <w:rPr>
          <w:b w:val="0"/>
        </w:rPr>
        <w:t xml:space="preserve">Je m'engage formellement à reprendre mon poste de </w:t>
      </w:r>
      <w:r>
        <w:rPr>
          <w:b w:val="0"/>
          <w:color w:val="2446A6"/>
        </w:rPr>
        <w:t>[chargé de clientèle]</w:t>
      </w:r>
      <w:r>
        <w:rPr>
          <w:b w:val="0"/>
        </w:rPr>
        <w:t xml:space="preserve"> à la date prévue et reste à votre disposition pour organiser un entretien avant mon départ, afin d'assurer la continuité des dossiers en cours.</w:t>
      </w:r>
    </w:p>
    <w:p>
      <w:r>
        <w:rPr>
          <w:b w:val="0"/>
        </w:rPr>
        <w:t>Je vous remercie de bien vouloir me notifier votre réponse dans un délai de quinze jours ; passé ce délai, je considérerai qu'un silence de deux mois équivaut à un refus, conformément à la pratique en droit social.</w:t>
      </w:r>
    </w:p>
    <w:p>
      <w:r>
        <w:rPr>
          <w:b w:val="0"/>
        </w:rPr>
        <w:t>Dans l'attente de votre retour, je vous prie d'agréer, Madame, Monsieur, l'expression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demande de congé sans solde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