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>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congé sans solde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poste de </w:t>
      </w:r>
      <w:r>
        <w:rPr>
          <w:b w:val="0"/>
          <w:color w:val="2446A6"/>
        </w:rPr>
        <w:t>[responsable de rayon]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[1er mars 2021]</w:t>
      </w:r>
      <w:r>
        <w:rPr>
          <w:b w:val="0"/>
        </w:rPr>
        <w:t xml:space="preserve">, je sollicite par la présente un congé sans solde d’une durée de </w:t>
      </w:r>
      <w:r>
        <w:rPr>
          <w:b w:val="0"/>
          <w:color w:val="2446A6"/>
        </w:rPr>
        <w:t>[huit mois]</w:t>
      </w:r>
      <w:r>
        <w:rPr>
          <w:b w:val="0"/>
        </w:rPr>
        <w:t xml:space="preserve">, du </w:t>
      </w:r>
      <w:r>
        <w:rPr>
          <w:b w:val="0"/>
          <w:color w:val="2446A6"/>
        </w:rPr>
        <w:t>[5 janvier 2027]</w:t>
      </w:r>
      <w:r>
        <w:rPr>
          <w:b w:val="0"/>
        </w:rPr>
        <w:t xml:space="preserve"> au </w:t>
      </w:r>
      <w:r>
        <w:rPr>
          <w:b w:val="0"/>
          <w:color w:val="2446A6"/>
        </w:rPr>
        <w:t>[4 septembre 2027]</w:t>
      </w:r>
      <w:r>
        <w:rPr>
          <w:b w:val="0"/>
        </w:rPr>
        <w:t xml:space="preserve"> inclus.</w:t>
      </w:r>
    </w:p>
    <w:p>
      <w:r>
        <w:rPr>
          <w:b w:val="0"/>
        </w:rPr>
        <w:t xml:space="preserve">Ce congé répond à un projet personnel de </w:t>
      </w:r>
      <w:r>
        <w:rPr>
          <w:b w:val="0"/>
          <w:color w:val="2446A6"/>
        </w:rPr>
        <w:t>[formation certifiante en gestion forestière]</w:t>
      </w:r>
      <w:r>
        <w:rPr>
          <w:b w:val="0"/>
        </w:rPr>
        <w:t xml:space="preserve"> qui nécessite une présence à temps plein sur la période indiquée. Mon retour en entreprise est prévu le </w:t>
      </w:r>
      <w:r>
        <w:rPr>
          <w:b w:val="0"/>
          <w:color w:val="2446A6"/>
        </w:rPr>
        <w:t>[5 septembre 2027]</w:t>
      </w:r>
      <w:r>
        <w:rPr>
          <w:b w:val="0"/>
        </w:rPr>
        <w:t xml:space="preserve">, à mon poste actuel ou à un poste équivalent conformément aux dispositions de la convention collective </w:t>
      </w:r>
      <w:r>
        <w:rPr>
          <w:b w:val="0"/>
          <w:color w:val="2446A6"/>
        </w:rPr>
        <w:t>[Commerce de détail non alimentaire]</w:t>
      </w:r>
      <w:r>
        <w:rPr>
          <w:b w:val="0"/>
        </w:rPr>
        <w:t>.</w:t>
      </w:r>
    </w:p>
    <w:p>
      <w:r>
        <w:rPr>
          <w:b w:val="0"/>
        </w:rPr>
        <w:t>Je reste à votre disposition pour organiser le transfert de mes dossiers en cours et pour former, durant le mois de décembre 2026, la personne qui assurera mon intérim.</w:t>
      </w:r>
    </w:p>
    <w:p>
      <w:r>
        <w:rPr>
          <w:b w:val="0"/>
        </w:rPr>
        <w:t>Dans l’attente de votre retour, 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attestation d’inscription à la formation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congé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