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24 avenue Jean Jaurès, 75019 Paris</w:t>
      </w:r>
    </w:p>
    <w:p>
      <w:pPr>
        <w:spacing w:after="0"/>
      </w:pPr>
      <w:r>
        <w:rPr>
          <w:b w:val="0"/>
        </w:rPr>
        <w:t>06 12 34 56 78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12 rue du Commerce, 75015 Paris</w:t>
      </w:r>
    </w:p>
    <w:p/>
    <w:p>
      <w:pPr>
        <w:jc w:val="right"/>
      </w:pPr>
      <w:r>
        <w:rPr>
          <w:b w:val="0"/>
        </w:rPr>
        <w:t>À Paris,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de rupture conventionnelle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Salarié(e) au poste de </w:t>
      </w:r>
      <w:r>
        <w:rPr>
          <w:b w:val="0"/>
          <w:color w:val="2446A6"/>
        </w:rPr>
        <w:t>[assistant(e) de gestion]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[2 janvier 2019]</w:t>
      </w:r>
      <w:r>
        <w:rPr>
          <w:b w:val="0"/>
        </w:rPr>
        <w:t>, je vous adresse une demande de rupture conventionnelle de mon contrat de travail à durée indéterminée, conformément aux articles L1237-11 et suivants du Code du travail.</w:t>
      </w:r>
    </w:p>
    <w:p>
      <w:r>
        <w:rPr>
          <w:b w:val="0"/>
        </w:rPr>
        <w:t xml:space="preserve">Je propose que nous fixions un entretien au cours de la semaine du </w:t>
      </w:r>
      <w:r>
        <w:rPr>
          <w:b w:val="0"/>
          <w:color w:val="2446A6"/>
        </w:rPr>
        <w:t>[29 septembre 2026]</w:t>
      </w:r>
      <w:r>
        <w:rPr>
          <w:b w:val="0"/>
        </w:rPr>
        <w:t xml:space="preserve"> pour arrêter d’un commun accord la date de fin de contrat et le montant de l’indemnité spécifique de rupture conventionnelle. Mon ancienneté de </w:t>
      </w:r>
      <w:r>
        <w:rPr>
          <w:b w:val="0"/>
          <w:color w:val="2446A6"/>
        </w:rPr>
        <w:t>[7 ans et 8 mois]</w:t>
      </w:r>
      <w:r>
        <w:rPr>
          <w:b w:val="0"/>
        </w:rPr>
        <w:t xml:space="preserve"> ouvre droit à une indemnité au moins égale à </w:t>
      </w:r>
      <w:r>
        <w:rPr>
          <w:b w:val="0"/>
          <w:color w:val="2446A6"/>
        </w:rPr>
        <w:t>[un quart de mois de salaire par année d’ancienneté]</w:t>
      </w:r>
      <w:r>
        <w:rPr>
          <w:b w:val="0"/>
        </w:rPr>
        <w:t>.</w:t>
      </w:r>
    </w:p>
    <w:p>
      <w:r>
        <w:rPr>
          <w:b w:val="0"/>
        </w:rPr>
        <w:t xml:space="preserve">Cette demande ne remet pas en cause la qualité du travail accompli au sein du service </w:t>
      </w:r>
      <w:r>
        <w:rPr>
          <w:b w:val="0"/>
          <w:color w:val="2446A6"/>
        </w:rPr>
        <w:t>[comptable]</w:t>
      </w:r>
      <w:r>
        <w:rPr>
          <w:b w:val="0"/>
        </w:rPr>
        <w:t>. Je m’engage à assurer la transmission de l’ensemble de mes dossiers jusqu’à la date de départ retenue.</w:t>
      </w:r>
    </w:p>
    <w:p>
      <w:r>
        <w:rPr>
          <w:b w:val="0"/>
        </w:rPr>
        <w:t>Je vous remercie de me proposer plusieurs créneaux d’entretien afin que nous puissions engager la procédure dans les meilleurs délais.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de rupture conventionnelle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