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 xml:space="preserve">À l'attention de </w:t>
      </w:r>
      <w:r>
        <w:rPr>
          <w:b w:val="0"/>
          <w:color w:val="2446A6"/>
        </w:rPr>
        <w:t>[Nom de l'employeur ou du service RH]</w:t>
      </w:r>
    </w:p>
    <w:p>
      <w:pPr>
        <w:spacing w:after="0"/>
        <w:jc w:val="right"/>
      </w:pPr>
      <w:r>
        <w:rPr>
          <w:b w:val="0"/>
          <w:color w:val="2446A6"/>
        </w:rPr>
        <w:t>[Adresse de l'entereprise]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 du contrat d'apprentissage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informe par la présente de ma décision de mettre fin au contrat d'apprentissage signé le </w:t>
      </w:r>
      <w:r>
        <w:rPr>
          <w:b w:val="0"/>
          <w:color w:val="2446A6"/>
        </w:rPr>
        <w:t>[date de signature]</w:t>
      </w:r>
      <w:r>
        <w:rPr>
          <w:b w:val="0"/>
        </w:rPr>
        <w:t>, conformément à l'article L6222-18 du Code du travail, durant les deux premiers mois de son exécution.</w:t>
      </w:r>
    </w:p>
    <w:p>
      <w:r>
        <w:rPr>
          <w:b w:val="0"/>
        </w:rPr>
        <w:t xml:space="preserve">La rupture sera effective à la date de première présentation de ce courrier recommandé. Je vous remercie pour les compétences acquises à vos côtés et vous confirme que je restituerai l'ensemble du matériel mis à disposition avant le </w:t>
      </w:r>
      <w:r>
        <w:rPr>
          <w:b w:val="0"/>
          <w:color w:val="2446A6"/>
        </w:rPr>
        <w:t>[date de fin]</w:t>
      </w:r>
      <w:r>
        <w:rPr>
          <w:b w:val="0"/>
        </w:rPr>
        <w:t>.</w:t>
      </w:r>
    </w:p>
    <w:p>
      <w:r>
        <w:rPr>
          <w:b w:val="0"/>
        </w:rPr>
        <w:t>Je vous prie de bien vouloir préparer mon solde de tout compte, mon certificat de travail et l'attestation France Travail. Je me tiens à votre disposition pour faciliter la passation des tâches en cours et j'informerai parallèlement le centre de formation d'apprentissage (CFA) de cette rupture.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d'apprenti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