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  <w:color w:val="2446A6"/>
        </w:rPr>
        <w:t>[Madame Prénom Nom]</w:t>
      </w:r>
      <w:r>
        <w:rPr>
          <w:b w:val="0"/>
        </w:rPr>
        <w:t>, parent employeur</w:t>
      </w:r>
    </w:p>
    <w:p>
      <w:pPr>
        <w:spacing w:after="0"/>
        <w:jc w:val="right"/>
      </w:pPr>
      <w:r>
        <w:rPr>
          <w:b w:val="0"/>
          <w:color w:val="2446A6"/>
        </w:rPr>
        <w:t>[8 allée des Peupliers, 44000 Nantes]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 du contrat de travail d'assistante maternelle agréée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Je vous informe par la présente de ma décision de démissionner du contrat de travail qui nous lie depuis le </w:t>
      </w:r>
      <w:r>
        <w:rPr>
          <w:b w:val="0"/>
          <w:color w:val="2446A6"/>
        </w:rPr>
        <w:t>[1er septembre 2023]</w:t>
      </w:r>
      <w:r>
        <w:rPr>
          <w:b w:val="0"/>
        </w:rPr>
        <w:t xml:space="preserve"> pour l'accueil de </w:t>
      </w:r>
      <w:r>
        <w:rPr>
          <w:b w:val="0"/>
          <w:color w:val="2446A6"/>
        </w:rPr>
        <w:t>[Léa]</w:t>
      </w:r>
      <w:r>
        <w:rPr>
          <w:b w:val="0"/>
        </w:rPr>
        <w:t xml:space="preserve"> à mon domicile, agrément n° </w:t>
      </w:r>
      <w:r>
        <w:rPr>
          <w:b w:val="0"/>
          <w:color w:val="2446A6"/>
        </w:rPr>
        <w:t>[44-2023-04512]</w:t>
      </w:r>
      <w:r>
        <w:rPr>
          <w:b w:val="0"/>
        </w:rPr>
        <w:t>.</w:t>
      </w:r>
    </w:p>
    <w:p>
      <w:r>
        <w:rPr>
          <w:b w:val="0"/>
        </w:rPr>
        <w:t xml:space="preserve">Conformément à la convention collective nationale des assistants maternels du particulier employeur, je respecterai un préavis de </w:t>
      </w:r>
      <w:r>
        <w:rPr>
          <w:b w:val="0"/>
          <w:color w:val="2446A6"/>
        </w:rPr>
        <w:t>[un mois]</w:t>
      </w:r>
      <w:r>
        <w:rPr>
          <w:b w:val="0"/>
        </w:rPr>
        <w:t xml:space="preserve">, qui débutera à la date de première présentation de ce courrier et prendra fin le </w:t>
      </w:r>
      <w:r>
        <w:rPr>
          <w:b w:val="0"/>
          <w:color w:val="2446A6"/>
        </w:rPr>
        <w:t>[24 octobre 2026]</w:t>
      </w:r>
      <w:r>
        <w:rPr>
          <w:b w:val="0"/>
        </w:rPr>
        <w:t>. Je reste à votre disposition pour convenir d'une date de fin anticipée si vous le souhaitez, par accord écrit.</w:t>
      </w:r>
    </w:p>
    <w:p>
      <w:r>
        <w:rPr>
          <w:b w:val="0"/>
        </w:rPr>
        <w:t xml:space="preserve">Pendant cette période, j'assurerai l'accueil de </w:t>
      </w:r>
      <w:r>
        <w:rPr>
          <w:b w:val="0"/>
          <w:color w:val="2446A6"/>
        </w:rPr>
        <w:t>[Léa]</w:t>
      </w:r>
      <w:r>
        <w:rPr>
          <w:b w:val="0"/>
        </w:rPr>
        <w:t xml:space="preserve"> selon les horaires habituels, du lundi au vendredi de </w:t>
      </w:r>
      <w:r>
        <w:rPr>
          <w:b w:val="0"/>
          <w:color w:val="2446A6"/>
        </w:rPr>
        <w:t>[8 h à 18 h]</w:t>
      </w:r>
      <w:r>
        <w:rPr>
          <w:b w:val="0"/>
        </w:rPr>
        <w:t>, et je continuerai à tenir le cahier de liaison ainsi que les transmissions quotidiennes.</w:t>
      </w:r>
    </w:p>
    <w:p>
      <w:r>
        <w:rPr>
          <w:b w:val="0"/>
        </w:rPr>
        <w:t xml:space="preserve">Je vous remettrai à la fin du préavis le solde de tout compte, le certificat de travail et l'attestation destinée à France Travail, ainsi que les documents relatifs à mon agrément. Je vous remercie pour la confiance accordée pendant ces </w:t>
      </w:r>
      <w:r>
        <w:rPr>
          <w:b w:val="0"/>
          <w:color w:val="2446A6"/>
        </w:rPr>
        <w:t>[deux années]</w:t>
      </w:r>
      <w:r>
        <w:rPr>
          <w:b w:val="0"/>
        </w:rPr>
        <w:t xml:space="preserve"> d'accueil.</w:t>
      </w:r>
    </w:p>
    <w:p>
      <w:r>
        <w:rPr>
          <w:b w:val="0"/>
        </w:rPr>
        <w:t>Je vous prie d'agréer, Madame, l'expression de mes salutations respectueuses.</w:t>
      </w:r>
    </w:p>
    <w:p>
      <w:r>
        <w:rPr>
          <w:b w:val="0"/>
        </w:rPr>
        <w:t>Je vous prie d'agréer, Madame,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l'agrément n° </w:t>
      </w:r>
      <w:r>
        <w:rPr>
          <w:b w:val="0"/>
          <w:color w:val="2446A6"/>
        </w:rPr>
        <w:t>[44-2023-04512]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d'assistante maternelle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