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Bénévoles, 75010 Paris]</w:t>
      </w:r>
    </w:p>
    <w:p>
      <w:pPr>
        <w:spacing w:after="0"/>
      </w:pPr>
      <w:r>
        <w:rPr>
          <w:b w:val="0"/>
          <w:color w:val="2446A6"/>
        </w:rPr>
        <w:t>[01 42 00 00 00]</w:t>
      </w:r>
    </w:p>
    <w:p>
      <w:pPr>
        <w:spacing w:after="0"/>
      </w:pPr>
      <w:r>
        <w:rPr>
          <w:b w:val="0"/>
          <w:color w:val="2446A6"/>
        </w:rPr>
        <w:t>[prenom.nom@email.fr]</w:t>
      </w:r>
    </w:p>
    <w:p/>
    <w:p>
      <w:pPr>
        <w:spacing w:after="0"/>
        <w:jc w:val="right"/>
      </w:pPr>
      <w:r>
        <w:rPr>
          <w:b w:val="0"/>
        </w:rPr>
        <w:t xml:space="preserve">Conseil d’administration de l’association </w:t>
      </w:r>
      <w:r>
        <w:rPr>
          <w:b w:val="0"/>
          <w:color w:val="2446A6"/>
        </w:rPr>
        <w:t>[Unis pour les Enfants]</w:t>
      </w:r>
    </w:p>
    <w:p>
      <w:pPr>
        <w:spacing w:after="0"/>
        <w:jc w:val="right"/>
      </w:pPr>
      <w:r>
        <w:rPr>
          <w:b w:val="0"/>
        </w:rPr>
        <w:t>22 rue des Lilas, 75011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 xml:space="preserve">Objet : Démission de mes fonctions de </w:t>
      </w:r>
      <w:r>
        <w:rPr>
          <w:b/>
          <w:color w:val="2446A6"/>
        </w:rPr>
        <w:t>[secrétaire]</w:t>
      </w:r>
      <w:r>
        <w:rPr>
          <w:b/>
        </w:rPr>
        <w:t xml:space="preserve"> au sein de l’association </w:t>
      </w:r>
      <w:r>
        <w:rPr>
          <w:b/>
          <w:color w:val="2446A6"/>
        </w:rPr>
        <w:t>[Unis pour les Enfants]</w:t>
      </w:r>
    </w:p>
    <w:p/>
    <w:p>
      <w:r>
        <w:rPr>
          <w:b w:val="0"/>
        </w:rPr>
        <w:t>Madame la Présidente, Monsieur le Président,</w:t>
      </w:r>
    </w:p>
    <w:p>
      <w:r>
        <w:rPr>
          <w:b w:val="0"/>
        </w:rPr>
        <w:t xml:space="preserve">Par la présente, je vous informe de ma décision de démissionner de mes fonctions de </w:t>
      </w:r>
      <w:r>
        <w:rPr>
          <w:b w:val="0"/>
          <w:color w:val="2446A6"/>
        </w:rPr>
        <w:t>[secrétaire]</w:t>
      </w:r>
      <w:r>
        <w:rPr>
          <w:b w:val="0"/>
        </w:rPr>
        <w:t xml:space="preserve"> que j’occupais depuis </w:t>
      </w:r>
      <w:r>
        <w:rPr>
          <w:b w:val="0"/>
          <w:color w:val="2446A6"/>
        </w:rPr>
        <w:t>[deux ans]</w:t>
      </w:r>
      <w:r>
        <w:rPr>
          <w:b w:val="0"/>
        </w:rPr>
        <w:t xml:space="preserve"> au sein de l’association </w:t>
      </w:r>
      <w:r>
        <w:rPr>
          <w:b w:val="0"/>
          <w:color w:val="2446A6"/>
        </w:rPr>
        <w:t>[Unis pour les Enfants]</w:t>
      </w:r>
      <w:r>
        <w:rPr>
          <w:b w:val="0"/>
        </w:rPr>
        <w:t>.</w:t>
      </w:r>
    </w:p>
    <w:p>
      <w:r>
        <w:rPr>
          <w:b w:val="0"/>
        </w:rPr>
        <w:t xml:space="preserve">Conformément aux statuts de l’association, je respecterai le préavis de </w:t>
      </w:r>
      <w:r>
        <w:rPr>
          <w:b w:val="0"/>
          <w:color w:val="2446A6"/>
        </w:rPr>
        <w:t>[un mois]</w:t>
      </w:r>
      <w:r>
        <w:rPr>
          <w:b w:val="0"/>
        </w:rPr>
        <w:t xml:space="preserve"> à compter de la première présentation de ce courrier. Durant cette période, je reste mobilisé pour assurer la passation de mes dossiers, notamment la mise à jour du registre des adhérents et la transmission des procès-verbaux des trois dernières assemblées générales.</w:t>
      </w:r>
    </w:p>
    <w:p>
      <w:r>
        <w:rPr>
          <w:b w:val="0"/>
        </w:rPr>
        <w:t xml:space="preserve">Je tiens à vous remercier pour la confiance accordée pendant ces </w:t>
      </w:r>
      <w:r>
        <w:rPr>
          <w:b w:val="0"/>
          <w:color w:val="2446A6"/>
        </w:rPr>
        <w:t>[deux années]</w:t>
      </w:r>
      <w:r>
        <w:rPr>
          <w:b w:val="0"/>
        </w:rPr>
        <w:t xml:space="preserve">. Les projets menés avec l’équipe, en particulier </w:t>
      </w:r>
      <w:r>
        <w:rPr>
          <w:b w:val="0"/>
          <w:color w:val="2446A6"/>
        </w:rPr>
        <w:t>[la collecte alimentaire du 15 mars 2025 qui a rassemblé 200 donateurs]</w:t>
      </w:r>
      <w:r>
        <w:rPr>
          <w:b w:val="0"/>
        </w:rPr>
        <w:t>, resteront pour moi une expérience marquante.</w:t>
      </w:r>
    </w:p>
    <w:p>
      <w:r>
        <w:rPr>
          <w:b w:val="0"/>
        </w:rPr>
        <w:t xml:space="preserve">Je me tiens à votre disposition pour restituer l’ensemble des documents, codes d’accès et clés en ma possession lors d’un rendez-vous de clôture à convenir avant le </w:t>
      </w:r>
      <w:r>
        <w:rPr>
          <w:b w:val="0"/>
          <w:color w:val="2446A6"/>
        </w:rPr>
        <w:t>[30 octobre 2026]</w:t>
      </w:r>
      <w:r>
        <w:rPr>
          <w:b w:val="0"/>
        </w:rPr>
        <w:t>.</w:t>
      </w:r>
    </w:p>
    <w:p>
      <w:r>
        <w:rPr>
          <w:b w:val="0"/>
        </w:rPr>
        <w:t>Je vous prie d’agréer, Madame la Présidente, Monsieur le Président,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d’une association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