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 xml:space="preserve">À l'attention de </w:t>
      </w:r>
      <w:r>
        <w:rPr>
          <w:b w:val="0"/>
          <w:color w:val="2446A6"/>
        </w:rPr>
        <w:t>[Service RH / Responsable]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avec préavis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démissionner de mon poste de </w:t>
      </w:r>
      <w:r>
        <w:rPr>
          <w:b w:val="0"/>
          <w:color w:val="2446A6"/>
        </w:rPr>
        <w:t>[poste]</w:t>
      </w:r>
      <w:r>
        <w:rPr>
          <w:b w:val="0"/>
        </w:rPr>
        <w:t xml:space="preserve">, occupé depuis le </w:t>
      </w:r>
      <w:r>
        <w:rPr>
          <w:b w:val="0"/>
          <w:color w:val="2446A6"/>
        </w:rPr>
        <w:t>[date d’entrée]</w:t>
      </w:r>
      <w:r>
        <w:rPr>
          <w:b w:val="0"/>
        </w:rPr>
        <w:t xml:space="preserve"> au sein de votre entreprise. Conformément à l’article L.1237-1 du Code du travail, je respecterai le préavis prévu par la convention collective </w:t>
      </w:r>
      <w:r>
        <w:rPr>
          <w:b w:val="0"/>
          <w:color w:val="2446A6"/>
        </w:rPr>
        <w:t>[nom de la convention]</w:t>
      </w:r>
      <w:r>
        <w:rPr>
          <w:b w:val="0"/>
        </w:rPr>
        <w:t xml:space="preserve">, soit une durée de </w:t>
      </w:r>
      <w:r>
        <w:rPr>
          <w:b w:val="0"/>
          <w:color w:val="2446A6"/>
        </w:rPr>
        <w:t>[durée du préavis]</w:t>
      </w:r>
      <w:r>
        <w:rPr>
          <w:b w:val="0"/>
        </w:rPr>
        <w:t>.</w:t>
      </w:r>
    </w:p>
    <w:p>
      <w:r>
        <w:rPr>
          <w:b w:val="0"/>
        </w:rPr>
        <w:t xml:space="preserve">En conséquence, mon contrat de travail prendra fin le </w:t>
      </w:r>
      <w:r>
        <w:rPr>
          <w:b w:val="0"/>
          <w:color w:val="2446A6"/>
        </w:rPr>
        <w:t>[date de fin de contrat]</w:t>
      </w:r>
      <w:r>
        <w:rPr>
          <w:b w:val="0"/>
        </w:rPr>
        <w:t xml:space="preserve">, cette date correspondant à la fin du préavis qui débutera à la date de première présentation de ce courrier recommandé. Je reste pleinement mobilisé(e) jusqu’à cette échéance pour assurer la passation de mes dossiers en cours, notamment </w:t>
      </w:r>
      <w:r>
        <w:rPr>
          <w:b w:val="0"/>
          <w:color w:val="2446A6"/>
        </w:rPr>
        <w:t>[exemple de dossier ou mission]</w:t>
      </w:r>
      <w:r>
        <w:rPr>
          <w:b w:val="0"/>
        </w:rPr>
        <w:t>.</w:t>
      </w:r>
    </w:p>
    <w:p>
      <w:r>
        <w:rPr>
          <w:b w:val="0"/>
        </w:rPr>
        <w:t>Je vous remercie de bien vouloir me transmettre, à l’issue de mon contrat, mon certificat de travail, mon solde de tout compte ainsi que l’attestation destinée à Pôle emploi. Je me tiens à votre disposition pour organiser la transmission de mes missions dans les meilleures conditions.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avec préavis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