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[Numéro de téléphone]</w:t>
      </w:r>
    </w:p>
    <w:p>
      <w:pPr>
        <w:spacing w:after="0"/>
      </w:pPr>
      <w:r>
        <w:rPr>
          <w:b w:val="0"/>
          <w:color w:val="2446A6"/>
        </w:rPr>
        <w:t>[Adresse email]</w:t>
      </w:r>
    </w:p>
    <w:p/>
    <w:p>
      <w:pPr>
        <w:spacing w:after="0"/>
        <w:jc w:val="right"/>
      </w:pPr>
      <w:r>
        <w:rPr>
          <w:b w:val="0"/>
        </w:rPr>
        <w:t>À l’attention du service des Ressources Humaines</w:t>
      </w:r>
    </w:p>
    <w:p>
      <w:pPr>
        <w:spacing w:after="0"/>
        <w:jc w:val="right"/>
      </w:pPr>
      <w:r>
        <w:rPr>
          <w:b w:val="0"/>
          <w:color w:val="2446A6"/>
        </w:rPr>
        <w:t>[Nom de l’entreprise]</w:t>
      </w:r>
    </w:p>
    <w:p>
      <w:pPr>
        <w:spacing w:after="0"/>
        <w:jc w:val="right"/>
      </w:pPr>
      <w:r>
        <w:rPr>
          <w:b w:val="0"/>
          <w:color w:val="2446A6"/>
        </w:rPr>
        <w:t>[Adresse de l’entreprise]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Démission de mes fonctions, avec demande de dispense de préavis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J’occupe actuellement le poste de </w:t>
      </w:r>
      <w:r>
        <w:rPr>
          <w:b w:val="0"/>
          <w:color w:val="2446A6"/>
        </w:rPr>
        <w:t>[Intitulé du poste]</w:t>
      </w:r>
      <w:r>
        <w:rPr>
          <w:b w:val="0"/>
        </w:rPr>
        <w:t xml:space="preserve"> sous contrat à durée indéterminée depuis le </w:t>
      </w:r>
      <w:r>
        <w:rPr>
          <w:b w:val="0"/>
          <w:color w:val="2446A6"/>
        </w:rPr>
        <w:t>[Date d’embauche]</w:t>
      </w:r>
      <w:r>
        <w:rPr>
          <w:b w:val="0"/>
        </w:rPr>
        <w:t>.</w:t>
      </w:r>
    </w:p>
    <w:p>
      <w:r>
        <w:rPr>
          <w:b w:val="0"/>
        </w:rPr>
        <w:t xml:space="preserve">Je vous informe par la présente de ma décision de démissionner de mes fonctions. Une opportunité professionnelle nécessitant une prise de poste dès le </w:t>
      </w:r>
      <w:r>
        <w:rPr>
          <w:b w:val="0"/>
          <w:color w:val="2446A6"/>
        </w:rPr>
        <w:t>[Date de début souhaitée]</w:t>
      </w:r>
      <w:r>
        <w:rPr>
          <w:b w:val="0"/>
        </w:rPr>
        <w:t>, je sollicite une dispense totale de mon préavis.</w:t>
      </w:r>
    </w:p>
    <w:p>
      <w:r>
        <w:rPr>
          <w:b w:val="0"/>
        </w:rPr>
        <w:t xml:space="preserve">Je propose que mon contrat prenne fin le </w:t>
      </w:r>
      <w:r>
        <w:rPr>
          <w:b w:val="0"/>
          <w:color w:val="2446A6"/>
        </w:rPr>
        <w:t>[Date de fin proposée]</w:t>
      </w:r>
      <w:r>
        <w:rPr>
          <w:b w:val="0"/>
        </w:rPr>
        <w:t xml:space="preserve">, soit </w:t>
      </w:r>
      <w:r>
        <w:rPr>
          <w:b w:val="0"/>
          <w:color w:val="2446A6"/>
        </w:rPr>
        <w:t>[X jours]</w:t>
      </w:r>
      <w:r>
        <w:rPr>
          <w:b w:val="0"/>
        </w:rPr>
        <w:t xml:space="preserve"> après la réception de ce courrier. Je reste disponible pour une passation structurée des dossiers en cours et pour former mon remplaçant pendant ce laps de temps.</w:t>
      </w:r>
    </w:p>
    <w:p>
      <w:r>
        <w:rPr>
          <w:b w:val="0"/>
        </w:rPr>
        <w:t xml:space="preserve">Je vous remercie de la confiance que vous m’avez accordée durant ces </w:t>
      </w:r>
      <w:r>
        <w:rPr>
          <w:b w:val="0"/>
          <w:color w:val="2446A6"/>
        </w:rPr>
        <w:t>[Durée]</w:t>
      </w:r>
      <w:r>
        <w:rPr>
          <w:b w:val="0"/>
        </w:rPr>
        <w:t xml:space="preserve"> années de collaboration et espère que cette transition s’effectuera dans l’intérêt commun.</w:t>
      </w:r>
    </w:p>
    <w:p>
      <w:r>
        <w:rPr>
          <w:b w:val="0"/>
        </w:rPr>
        <w:t>Dans l’attente de votre accord, 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démission CDI sans préavis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