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>
      <w:pPr>
        <w:spacing w:after="0"/>
      </w:pPr>
      <w:r>
        <w:rPr>
          <w:b w:val="0"/>
        </w:rPr>
        <w:t xml:space="preserve">Tél. : </w:t>
      </w:r>
      <w:r>
        <w:rPr>
          <w:b w:val="0"/>
          <w:color w:val="2446A6"/>
        </w:rPr>
        <w:t>[Téléphone]</w:t>
      </w:r>
    </w:p>
    <w:p/>
    <w:p>
      <w:pPr>
        <w:spacing w:after="0"/>
        <w:jc w:val="right"/>
      </w:pPr>
      <w:r>
        <w:rPr>
          <w:b w:val="0"/>
          <w:color w:val="2446A6"/>
        </w:rPr>
        <w:t>[Nom de l'entreprise]</w:t>
      </w:r>
    </w:p>
    <w:p>
      <w:pPr>
        <w:spacing w:after="0"/>
        <w:jc w:val="right"/>
      </w:pPr>
      <w:r>
        <w:rPr>
          <w:b w:val="0"/>
        </w:rPr>
        <w:t xml:space="preserve">À l'attention de </w:t>
      </w:r>
      <w:r>
        <w:rPr>
          <w:b w:val="0"/>
          <w:color w:val="2446A6"/>
        </w:rPr>
        <w:t>[Service RH / Nom du responsable]</w:t>
      </w:r>
    </w:p>
    <w:p>
      <w:pPr>
        <w:spacing w:after="0"/>
        <w:jc w:val="right"/>
      </w:pPr>
      <w:r>
        <w:rPr>
          <w:b w:val="0"/>
          <w:color w:val="2446A6"/>
        </w:rPr>
        <w:t>[Adresse]</w:t>
      </w:r>
    </w:p>
    <w:p>
      <w:pPr>
        <w:spacing w:after="0"/>
        <w:jc w:val="right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Démission de mon contrat à durée indéterminée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Par la présente, je vous informe de ma décision de démissionner de mon poste de </w:t>
      </w:r>
      <w:r>
        <w:rPr>
          <w:b w:val="0"/>
          <w:color w:val="2446A6"/>
        </w:rPr>
        <w:t>[intitulé du poste]</w:t>
      </w:r>
      <w:r>
        <w:rPr>
          <w:b w:val="0"/>
        </w:rPr>
        <w:t xml:space="preserve"> au sein de votre entreprise, dans le cadre de mon contrat à durée indéterminée signé le </w:t>
      </w:r>
      <w:r>
        <w:rPr>
          <w:b w:val="0"/>
          <w:color w:val="2446A6"/>
        </w:rPr>
        <w:t>[date de signature]</w:t>
      </w:r>
      <w:r>
        <w:rPr>
          <w:b w:val="0"/>
        </w:rPr>
        <w:t>.</w:t>
      </w:r>
    </w:p>
    <w:p>
      <w:r>
        <w:rPr>
          <w:b w:val="0"/>
        </w:rPr>
        <w:t xml:space="preserve">Conformément à la convention collective </w:t>
      </w:r>
      <w:r>
        <w:rPr>
          <w:b w:val="0"/>
          <w:color w:val="2446A6"/>
        </w:rPr>
        <w:t>[nom de la convention]</w:t>
      </w:r>
      <w:r>
        <w:rPr>
          <w:b w:val="0"/>
        </w:rPr>
        <w:t xml:space="preserve"> applicable, mon préavis est de </w:t>
      </w:r>
      <w:r>
        <w:rPr>
          <w:b w:val="0"/>
          <w:color w:val="2446A6"/>
        </w:rPr>
        <w:t>[1 mois]</w:t>
      </w:r>
      <w:r>
        <w:rPr>
          <w:b w:val="0"/>
        </w:rPr>
        <w:t xml:space="preserve"> et débutera à la date de première présentation de ce courrier recommandé. Je m’engage à exécuter ce préavis avec professionnalisme et à mener à bien la transmission de mes dossiers en cours.</w:t>
      </w:r>
    </w:p>
    <w:p>
      <w:r>
        <w:rPr>
          <w:b w:val="0"/>
        </w:rPr>
        <w:t xml:space="preserve">Je sollicite, si cela est envisageable, une dispense partielle ou totale de préavis afin de pouvoir rejoindre mon nouvel employeur dès le </w:t>
      </w:r>
      <w:r>
        <w:rPr>
          <w:b w:val="0"/>
          <w:color w:val="2446A6"/>
        </w:rPr>
        <w:t>[date souhaitée]</w:t>
      </w:r>
      <w:r>
        <w:rPr>
          <w:b w:val="0"/>
        </w:rPr>
        <w:t>. Je reste à votre disposition pour échanger sur les modalités de mon départ.</w:t>
      </w:r>
    </w:p>
    <w:p>
      <w:r>
        <w:rPr>
          <w:b w:val="0"/>
        </w:rPr>
        <w:t xml:space="preserve">Je tiens à vous remercier pour la confiance que vous m’avez accordée durant ces </w:t>
      </w:r>
      <w:r>
        <w:rPr>
          <w:b w:val="0"/>
          <w:color w:val="2446A6"/>
        </w:rPr>
        <w:t>[nombre d’années]</w:t>
      </w:r>
      <w:r>
        <w:rPr>
          <w:b w:val="0"/>
        </w:rPr>
        <w:t xml:space="preserve"> années et pour les compétences que j’ai pu développer à vos côtés.</w:t>
      </w:r>
    </w:p>
    <w:p>
      <w:r>
        <w:rPr>
          <w:b w:val="0"/>
        </w:rPr>
        <w:t>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démission en CDI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