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[Camille Moreau]</w:t>
      </w:r>
    </w:p>
    <w:p>
      <w:pPr>
        <w:spacing w:after="0"/>
      </w:pPr>
      <w:r>
        <w:rPr>
          <w:b w:val="0"/>
          <w:color w:val="2446A6"/>
        </w:rPr>
        <w:t>[18 rue des Tilleuls, 44000 Nantes]</w:t>
      </w:r>
    </w:p>
    <w:p>
      <w:pPr>
        <w:spacing w:after="0"/>
      </w:pPr>
      <w:r>
        <w:rPr>
          <w:b w:val="0"/>
          <w:color w:val="2446A6"/>
        </w:rPr>
        <w:t>[06 12 34 56 78 · camille.moreau@mail.fr]</w:t>
      </w:r>
    </w:p>
    <w:p/>
    <w:p>
      <w:pPr>
        <w:spacing w:after="0"/>
        <w:jc w:val="right"/>
      </w:pPr>
      <w:r>
        <w:rPr>
          <w:b w:val="0"/>
        </w:rPr>
        <w:t>Madame Isabelle Roy</w:t>
      </w:r>
    </w:p>
    <w:p>
      <w:pPr>
        <w:spacing w:after="0"/>
        <w:jc w:val="right"/>
      </w:pPr>
      <w:r>
        <w:rPr>
          <w:b w:val="0"/>
        </w:rPr>
        <w:t>24 rue du Faubourg-Saint-Honoré, 75008 Paris</w:t>
      </w:r>
    </w:p>
    <w:p/>
    <w:p>
      <w:pPr>
        <w:jc w:val="right"/>
      </w:pPr>
      <w:r>
        <w:rPr>
          <w:b w:val="0"/>
        </w:rPr>
        <w:t xml:space="preserve">À </w:t>
      </w:r>
      <w:r>
        <w:rPr>
          <w:b w:val="0"/>
          <w:color w:val="2446A6"/>
        </w:rPr>
        <w:t>[Nantes]</w:t>
      </w:r>
      <w:r>
        <w:rPr>
          <w:b w:val="0"/>
        </w:rPr>
        <w:t xml:space="preserve">, le </w:t>
      </w:r>
      <w:r>
        <w:rPr>
          <w:b w:val="0"/>
          <w:color w:val="2446A6"/>
        </w:rPr>
        <w:t>[24 septembre 2026]</w:t>
      </w:r>
    </w:p>
    <w:p>
      <w:pPr>
        <w:spacing w:after="0"/>
      </w:pPr>
      <w:r>
        <w:rPr>
          <w:b/>
        </w:rPr>
        <w:t>Lettre recommandée avec accusé de réception</w:t>
      </w:r>
    </w:p>
    <w:p>
      <w:r>
        <w:rPr>
          <w:b/>
        </w:rPr>
        <w:t>Objet : démission de mon poste de garde d’enfants à domicile (contrat CESU)</w:t>
      </w:r>
    </w:p>
    <w:p/>
    <w:p>
      <w:r>
        <w:rPr>
          <w:b w:val="0"/>
        </w:rPr>
        <w:t>Madame,</w:t>
      </w:r>
    </w:p>
    <w:p>
      <w:r>
        <w:rPr>
          <w:b w:val="0"/>
        </w:rPr>
        <w:t xml:space="preserve">Employée à votre domicile depuis le </w:t>
      </w:r>
      <w:r>
        <w:rPr>
          <w:b w:val="0"/>
          <w:color w:val="2446A6"/>
        </w:rPr>
        <w:t>[1er septembre 2024]</w:t>
      </w:r>
      <w:r>
        <w:rPr>
          <w:b w:val="0"/>
        </w:rPr>
        <w:t xml:space="preserve"> en qualité de </w:t>
      </w:r>
      <w:r>
        <w:rPr>
          <w:b w:val="0"/>
          <w:color w:val="2446A6"/>
        </w:rPr>
        <w:t>[garde d’enfants à domicile]</w:t>
      </w:r>
      <w:r>
        <w:rPr>
          <w:b w:val="0"/>
        </w:rPr>
        <w:t xml:space="preserve">, je vous informe par la présente de ma démission de mon poste régi par le dispositif CESU. Conformément à la convention collective nationale des salariés du particulier employeur, j’effectuerai un préavis de </w:t>
      </w:r>
      <w:r>
        <w:rPr>
          <w:b w:val="0"/>
          <w:color w:val="2446A6"/>
        </w:rPr>
        <w:t>[deux semaines calendaires]</w:t>
      </w:r>
      <w:r>
        <w:rPr>
          <w:b w:val="0"/>
        </w:rPr>
        <w:t xml:space="preserve">. Ce préavis débutera à la première présentation de ce courrier recommandé et mon contrat prendra fin le </w:t>
      </w:r>
      <w:r>
        <w:rPr>
          <w:b w:val="0"/>
          <w:color w:val="2446A6"/>
        </w:rPr>
        <w:t>[vendredi 10 octobre 2026]</w:t>
      </w:r>
      <w:r>
        <w:rPr>
          <w:b w:val="0"/>
        </w:rPr>
        <w:t xml:space="preserve"> au soir.</w:t>
      </w:r>
    </w:p>
    <w:p>
      <w:r>
        <w:rPr>
          <w:b w:val="0"/>
        </w:rPr>
        <w:t xml:space="preserve">Je vous remercie de tenir à ma disposition, au terme du contrat, mon solde de tout compte, mon certificat de travail, l’attestation France Travail et le dernier bulletin de paie établi via le CESU. Pendant ces quinze jours, je transmettrai les consignes concernant </w:t>
      </w:r>
      <w:r>
        <w:rPr>
          <w:b w:val="0"/>
          <w:color w:val="2446A6"/>
        </w:rPr>
        <w:t>[le planning des devoirs de Léa, le portail de la cantine et les horaires du mercredi]</w:t>
      </w:r>
      <w:r>
        <w:rPr>
          <w:b w:val="0"/>
        </w:rPr>
        <w:t xml:space="preserve"> à la personne qui me remplacera.</w:t>
      </w:r>
    </w:p>
    <w:p>
      <w:r>
        <w:rPr>
          <w:b w:val="0"/>
        </w:rPr>
        <w:t xml:space="preserve">Je reste à votre disposition pour organiser la restitution des clés et du téléphone confié avant le </w:t>
      </w:r>
      <w:r>
        <w:rPr>
          <w:b w:val="0"/>
          <w:color w:val="2446A6"/>
        </w:rPr>
        <w:t>[10 octobre 2026]</w:t>
      </w:r>
      <w:r>
        <w:rPr>
          <w:b w:val="0"/>
        </w:rPr>
        <w:t>. Je vous remercie de me confirmer la bonne prise en compte de cette démission et de m’indiquer l’horaire de mon dernier jour.</w:t>
      </w:r>
    </w:p>
    <w:p>
      <w:r>
        <w:rPr>
          <w:b w:val="0"/>
        </w:rPr>
        <w:t>Je vous prie d’agréer, Madame, l’expression de mes salutations respectueuses.</w:t>
      </w:r>
    </w:p>
    <w:p/>
    <w:p>
      <w:pPr>
        <w:jc w:val="right"/>
      </w:pPr>
      <w:r>
        <w:rPr>
          <w:b w:val="0"/>
          <w:color w:val="2446A6"/>
        </w:rPr>
        <w:t>[Camille Moreau]</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démission CESU (particulier employeur)</dc:title>
  <dc:subject/>
  <dc:creator/>
  <cp:keywords/>
  <dc:description/>
  <cp:lastModifiedBy/>
  <cp:revision>1</cp:revision>
  <dcterms:created xsi:type="dcterms:W3CDTF">2013-12-23T23:15:00Z</dcterms:created>
  <dcterms:modified xsi:type="dcterms:W3CDTF">2013-12-23T23:15:00Z</dcterms:modified>
  <cp:category/>
</cp:coreProperties>
</file>