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Monsieur le Maire</w:t>
      </w:r>
    </w:p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de la mairie]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de mon mandat de conseiller municipal</w:t>
      </w:r>
    </w:p>
    <w:p/>
    <w:p>
      <w:r>
        <w:rPr>
          <w:b w:val="0"/>
        </w:rPr>
        <w:t>Monsieur le Maire,</w:t>
      </w:r>
    </w:p>
    <w:p>
      <w:r>
        <w:rPr>
          <w:b w:val="0"/>
        </w:rPr>
        <w:t xml:space="preserve">Par la présente, je vous informe de ma décision de démissionner de mon mandat de conseiller municipal de la commune de </w:t>
      </w:r>
      <w:r>
        <w:rPr>
          <w:b w:val="0"/>
          <w:color w:val="2446A6"/>
        </w:rPr>
        <w:t>[Ville]</w:t>
      </w:r>
      <w:r>
        <w:rPr>
          <w:b w:val="0"/>
        </w:rPr>
        <w:t xml:space="preserve">, que j’exerce depuis </w:t>
      </w:r>
      <w:r>
        <w:rPr>
          <w:b w:val="0"/>
          <w:color w:val="2446A6"/>
        </w:rPr>
        <w:t>[année de début]</w:t>
      </w:r>
      <w:r>
        <w:rPr>
          <w:b w:val="0"/>
        </w:rPr>
        <w:t>.</w:t>
      </w:r>
    </w:p>
    <w:p>
      <w:r>
        <w:rPr>
          <w:b w:val="0"/>
        </w:rPr>
        <w:t xml:space="preserve">Cette décision, mûrement réfléchie, fait suite à </w:t>
      </w:r>
      <w:r>
        <w:rPr>
          <w:b w:val="0"/>
          <w:color w:val="2446A6"/>
        </w:rPr>
        <w:t>[un déménagement à plus de 200 kilomètres]</w:t>
      </w:r>
      <w:r>
        <w:rPr>
          <w:b w:val="0"/>
        </w:rPr>
        <w:t xml:space="preserve"> qui ne me permet plus de participer aux séances du conseil avec l’assiduité requise.</w:t>
      </w:r>
    </w:p>
    <w:p>
      <w:r>
        <w:rPr>
          <w:b w:val="0"/>
        </w:rPr>
        <w:t>Je vous remercie de bien vouloir en prendre acte et de porter cette démission à la connaissance du conseil municipal lors de sa prochaine séance, conformément à l’article L. 2121-4 du Code général des collectivités territoriales.</w:t>
      </w:r>
    </w:p>
    <w:p>
      <w:r>
        <w:rPr>
          <w:b w:val="0"/>
        </w:rPr>
        <w:t xml:space="preserve">Je tiens à remercier l’ensemble des élus et des services municipaux pour la qualité de notre collaboration durant ces </w:t>
      </w:r>
      <w:r>
        <w:rPr>
          <w:b w:val="0"/>
          <w:color w:val="2446A6"/>
        </w:rPr>
        <w:t>[nombre]</w:t>
      </w:r>
      <w:r>
        <w:rPr>
          <w:b w:val="0"/>
        </w:rPr>
        <w:t xml:space="preserve"> années.</w:t>
      </w:r>
    </w:p>
    <w:p>
      <w:r>
        <w:rPr>
          <w:b w:val="0"/>
        </w:rPr>
        <w:t>Je vous prie d’agréer, Monsieur le Maire,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d'un conseiller municipal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