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[12 rue des Lilas]</w:t>
      </w:r>
    </w:p>
    <w:p>
      <w:pPr>
        <w:spacing w:after="0"/>
      </w:pPr>
      <w:r>
        <w:rPr>
          <w:b w:val="0"/>
          <w:color w:val="2446A6"/>
        </w:rPr>
        <w:t>[75020 Paris]</w:t>
      </w:r>
    </w:p>
    <w:p>
      <w:pPr>
        <w:spacing w:after="0"/>
      </w:pPr>
      <w:r>
        <w:rPr>
          <w:b w:val="0"/>
          <w:color w:val="2446A6"/>
        </w:rPr>
        <w:t>[Téléphone : 06 12 34 56 78]</w:t>
      </w:r>
    </w:p>
    <w:p>
      <w:pPr>
        <w:spacing w:after="0"/>
      </w:pPr>
      <w:r>
        <w:rPr>
          <w:b w:val="0"/>
          <w:color w:val="2446A6"/>
        </w:rPr>
        <w:t>[Email : p.nom@email.fr]</w:t>
      </w:r>
    </w:p>
    <w:p/>
    <w:p>
      <w:pPr>
        <w:spacing w:after="0"/>
        <w:jc w:val="right"/>
      </w:pPr>
      <w:r>
        <w:rPr>
          <w:b w:val="0"/>
        </w:rPr>
        <w:t>Monsieur le Directeur des ressources humaines</w:t>
      </w:r>
    </w:p>
    <w:p>
      <w:pPr>
        <w:spacing w:after="0"/>
        <w:jc w:val="right"/>
      </w:pPr>
      <w:r>
        <w:rPr>
          <w:b w:val="0"/>
        </w:rPr>
        <w:t>Préfecture de la Seine-Saint-Denis</w:t>
      </w:r>
    </w:p>
    <w:p>
      <w:pPr>
        <w:spacing w:after="0"/>
        <w:jc w:val="right"/>
      </w:pPr>
      <w:r>
        <w:rPr>
          <w:b w:val="0"/>
        </w:rPr>
        <w:t>1 avenue du Président Salvador Allende</w:t>
      </w:r>
    </w:p>
    <w:p>
      <w:pPr>
        <w:spacing w:after="0"/>
        <w:jc w:val="right"/>
      </w:pPr>
      <w:r>
        <w:rPr>
          <w:b w:val="0"/>
        </w:rPr>
        <w:t>93000 Bobigny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[Paris]</w:t>
      </w:r>
      <w:r>
        <w:rPr>
          <w:b w:val="0"/>
        </w:rPr>
        <w:t xml:space="preserve">, le </w:t>
      </w:r>
      <w:r>
        <w:rPr>
          <w:b w:val="0"/>
          <w:color w:val="2446A6"/>
        </w:rPr>
        <w:t>[24 septembre 2026]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>Objet : Démission de la fonction publique</w:t>
      </w:r>
    </w:p>
    <w:p/>
    <w:p>
      <w:r>
        <w:rPr>
          <w:b w:val="0"/>
        </w:rPr>
        <w:t>Monsieur le Directeur,</w:t>
      </w:r>
    </w:p>
    <w:p>
      <w:r>
        <w:rPr>
          <w:b w:val="0"/>
        </w:rPr>
        <w:t xml:space="preserve">Fonctionnaire titulaire au sein de vos services depuis le </w:t>
      </w:r>
      <w:r>
        <w:rPr>
          <w:b w:val="0"/>
          <w:color w:val="2446A6"/>
        </w:rPr>
        <w:t>[1er septembre 2015]</w:t>
      </w:r>
      <w:r>
        <w:rPr>
          <w:b w:val="0"/>
        </w:rPr>
        <w:t xml:space="preserve">, je vous informe par la présente de ma décision de démissionner de mon poste de </w:t>
      </w:r>
      <w:r>
        <w:rPr>
          <w:b w:val="0"/>
          <w:color w:val="2446A6"/>
        </w:rPr>
        <w:t>[rédacteur principal de 2e classe]</w:t>
      </w:r>
      <w:r>
        <w:rPr>
          <w:b w:val="0"/>
        </w:rPr>
        <w:t>.</w:t>
      </w:r>
    </w:p>
    <w:p>
      <w:r>
        <w:rPr>
          <w:b w:val="0"/>
        </w:rPr>
        <w:t xml:space="preserve">Conformément à l'article 24 de la loi n° 83-634 du 13 juillet 1983 modifiée et au décret n° 85-986 du 16 septembre 1985, ma démission prendra effet à l'issue d'un préavis de trois mois, débutant à la date de réception de ce courrier. La date de fin de fonctions est donc fixée au </w:t>
      </w:r>
      <w:r>
        <w:rPr>
          <w:b w:val="0"/>
          <w:color w:val="2446A6"/>
        </w:rPr>
        <w:t>[24 décembre 2026]</w:t>
      </w:r>
      <w:r>
        <w:rPr>
          <w:b w:val="0"/>
        </w:rPr>
        <w:t>.</w:t>
      </w:r>
    </w:p>
    <w:p>
      <w:r>
        <w:rPr>
          <w:b w:val="0"/>
        </w:rPr>
        <w:t>Je vous remercie de bien vouloir engager la procédure de radiation des cadres et de m'indiquer les modalités de restitution du matériel professionnel ainsi que les droits à congés restants.</w:t>
      </w:r>
    </w:p>
    <w:p>
      <w:r>
        <w:rPr>
          <w:b w:val="0"/>
        </w:rPr>
        <w:t>Je reste à votre disposition pour faciliter la passation de mes dossiers en cours et assurer la continuité du service jusqu'à mon départ.</w:t>
      </w:r>
    </w:p>
    <w:p>
      <w:r>
        <w:rPr>
          <w:b w:val="0"/>
        </w:rPr>
        <w:t>Je vous prie d'agréer, Monsieur le Directeur, l'expression de ma considération distinguée.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démission de la fonction publique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