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</w:rPr>
        <w:t>Société Durand</w:t>
      </w:r>
    </w:p>
    <w:p>
      <w:pPr>
        <w:spacing w:after="0"/>
        <w:jc w:val="right"/>
      </w:pPr>
      <w:r>
        <w:rPr>
          <w:b w:val="0"/>
        </w:rPr>
        <w:t>12 avenue des Champs-Élysées, 75008 Paris</w:t>
      </w:r>
    </w:p>
    <w:p/>
    <w:p>
      <w:pPr>
        <w:jc w:val="right"/>
      </w:pPr>
      <w:r>
        <w:rPr>
          <w:b w:val="0"/>
        </w:rPr>
        <w:t>À Paris, le 24 septembre 2026</w:t>
      </w:r>
    </w:p>
    <w:p>
      <w:r>
        <w:rPr>
          <w:b/>
        </w:rPr>
        <w:t>Objet : Démission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démissionner de mon poste de </w:t>
      </w:r>
      <w:r>
        <w:rPr>
          <w:b w:val="0"/>
          <w:color w:val="2446A6"/>
        </w:rPr>
        <w:t>[intitulé du poste]</w:t>
      </w:r>
      <w:r>
        <w:rPr>
          <w:b w:val="0"/>
        </w:rPr>
        <w:t xml:space="preserve"> au sein de la société Durand, conformément à l’article L1237-1 du Code du travail. Mon préavis, d’une durée de </w:t>
      </w:r>
      <w:r>
        <w:rPr>
          <w:b w:val="0"/>
          <w:color w:val="2446A6"/>
        </w:rPr>
        <w:t>[1 mois]</w:t>
      </w:r>
      <w:r>
        <w:rPr>
          <w:b w:val="0"/>
        </w:rPr>
        <w:t xml:space="preserve"> en application de la convention collective </w:t>
      </w:r>
      <w:r>
        <w:rPr>
          <w:b w:val="0"/>
          <w:color w:val="2446A6"/>
        </w:rPr>
        <w:t>[nom de la convention]</w:t>
      </w:r>
      <w:r>
        <w:rPr>
          <w:b w:val="0"/>
        </w:rPr>
        <w:t>, débutera à la date de première présentation de ce courriel, soit le 24 septembre 2026.</w:t>
      </w:r>
    </w:p>
    <w:p>
      <w:r>
        <w:rPr>
          <w:b w:val="0"/>
        </w:rPr>
        <w:t>Je vous remercie de bien vouloir m’indiquer les modalités de mon départ et reste à votre disposition pour assurer la passation de mes dossiers en cours.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par mail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