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[Lucas Martin]</w:t>
      </w:r>
    </w:p>
    <w:p>
      <w:pPr>
        <w:spacing w:after="0"/>
      </w:pPr>
      <w:r>
        <w:rPr>
          <w:b w:val="0"/>
          <w:color w:val="2446A6"/>
        </w:rPr>
        <w:t>[12 rue du Général Leclerc, 75011 Paris]</w:t>
      </w:r>
    </w:p>
    <w:p>
      <w:pPr>
        <w:spacing w:after="0"/>
      </w:pPr>
      <w:r>
        <w:rPr>
          <w:b w:val="0"/>
          <w:color w:val="2446A6"/>
        </w:rPr>
        <w:t>[Tél. : 06 12 34 56 78 | lucas.martin@email.com]</w:t>
      </w:r>
    </w:p>
    <w:p/>
    <w:p>
      <w:pPr>
        <w:spacing w:after="0"/>
        <w:jc w:val="right"/>
      </w:pPr>
      <w:r>
        <w:rPr>
          <w:b w:val="0"/>
          <w:color w:val="2446A6"/>
        </w:rPr>
        <w:t>[Brasserie Le Central]</w:t>
      </w:r>
    </w:p>
    <w:p>
      <w:pPr>
        <w:spacing w:after="0"/>
        <w:jc w:val="right"/>
      </w:pPr>
      <w:r>
        <w:rPr>
          <w:b w:val="0"/>
          <w:color w:val="2446A6"/>
        </w:rPr>
        <w:t>[À l'attention de la direction]</w:t>
      </w:r>
    </w:p>
    <w:p>
      <w:pPr>
        <w:spacing w:after="0"/>
        <w:jc w:val="right"/>
      </w:pPr>
      <w:r>
        <w:rPr>
          <w:b w:val="0"/>
          <w:color w:val="2446A6"/>
        </w:rPr>
        <w:t>[8 avenue des Ternes, 75017 Paris]</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Objet : Démission</w:t>
      </w:r>
    </w:p>
    <w:p/>
    <w:p>
      <w:r>
        <w:rPr>
          <w:b w:val="0"/>
        </w:rPr>
        <w:t>Madame, Monsieur,</w:t>
      </w:r>
    </w:p>
    <w:p>
      <w:r>
        <w:rPr>
          <w:b w:val="0"/>
        </w:rPr>
        <w:t xml:space="preserve">Je vous informe par la présente de ma décision de démissionner de mes fonctions de serveur au sein de la Brasserie Le Central, poste que j'occupe depuis le </w:t>
      </w:r>
      <w:r>
        <w:rPr>
          <w:b w:val="0"/>
          <w:color w:val="2446A6"/>
        </w:rPr>
        <w:t>[5 octobre 2023]</w:t>
      </w:r>
      <w:r>
        <w:rPr>
          <w:b w:val="0"/>
        </w:rPr>
        <w:t xml:space="preserve">. Cette décision fait suite à une opportunité de reconversion professionnelle dans le secteur de la </w:t>
      </w:r>
      <w:r>
        <w:rPr>
          <w:b w:val="0"/>
          <w:color w:val="2446A6"/>
        </w:rPr>
        <w:t>[boulangerie]</w:t>
      </w:r>
      <w:r>
        <w:rPr>
          <w:b w:val="0"/>
        </w:rPr>
        <w:t xml:space="preserve">, où je débuterai un emploi le </w:t>
      </w:r>
      <w:r>
        <w:rPr>
          <w:b w:val="0"/>
          <w:color w:val="2446A6"/>
        </w:rPr>
        <w:t>[1er novembre 2026]</w:t>
      </w:r>
      <w:r>
        <w:rPr>
          <w:b w:val="0"/>
        </w:rPr>
        <w:t>.</w:t>
      </w:r>
    </w:p>
    <w:p>
      <w:r>
        <w:rPr>
          <w:b w:val="0"/>
        </w:rPr>
        <w:t xml:space="preserve">Conformément aux dispositions de l'article 30 de la convention collective nationale des Hôtels, Cafés, Restaurants (HCR) du 30 avril 1997, mon préavis est d'un mois, compte tenu de mon ancienneté de deux années révolues. Ce préavis débutera à la date de première présentation de ce courrier recommandé, soit le </w:t>
      </w:r>
      <w:r>
        <w:rPr>
          <w:b w:val="0"/>
          <w:color w:val="2446A6"/>
        </w:rPr>
        <w:t>[25 septembre 2026]</w:t>
      </w:r>
      <w:r>
        <w:rPr>
          <w:b w:val="0"/>
        </w:rPr>
        <w:t xml:space="preserve">, et s'achèvera le </w:t>
      </w:r>
      <w:r>
        <w:rPr>
          <w:b w:val="0"/>
          <w:color w:val="2446A6"/>
        </w:rPr>
        <w:t>[25 octobre 2026]</w:t>
      </w:r>
      <w:r>
        <w:rPr>
          <w:b w:val="0"/>
        </w:rPr>
        <w:t>.</w:t>
      </w:r>
    </w:p>
    <w:p>
      <w:r>
        <w:rPr>
          <w:b w:val="0"/>
        </w:rPr>
        <w:t>Je vous remercie pour la confiance que vous m'avez accordée et pour les compétences développées durant ces deux saisons de service. Je veillerai à assurer une passation complète de mes tâches en salle et des commandes en cours avant mon départ.</w:t>
      </w:r>
    </w:p>
    <w:p>
      <w:r>
        <w:rPr>
          <w:b w:val="0"/>
        </w:rPr>
        <w:t>Je reste disponible pour un entretien afin de préciser les modalités de cette transition.</w:t>
      </w:r>
    </w:p>
    <w:p>
      <w:r>
        <w:rPr>
          <w:b w:val="0"/>
        </w:rPr>
        <w:t>Je vous prie d'agréer, Madame, Monsieur, l'expression de mes salutations distinguées.</w:t>
      </w:r>
    </w:p>
    <w:p/>
    <w:p>
      <w:pPr>
        <w:jc w:val="right"/>
      </w:pPr>
      <w:r>
        <w:rPr>
          <w:b w:val="0"/>
          <w:color w:val="2446A6"/>
        </w:rPr>
        <w:t>[Lucas Martin]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par métier</dc:title>
  <dc:subject/>
  <dc:creator/>
  <cp:keywords/>
  <dc:description/>
  <cp:lastModifiedBy/>
  <cp:revision>1</cp:revision>
  <dcterms:created xsi:type="dcterms:W3CDTF">2013-12-23T23:15:00Z</dcterms:created>
  <dcterms:modified xsi:type="dcterms:W3CDTF">2013-12-23T23:15:00Z</dcterms:modified>
  <cp:category/>
</cp:coreProperties>
</file>