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–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Démission pour départ à la retraite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 contrat à durée indéterminée depuis le </w:t>
      </w:r>
      <w:r>
        <w:rPr>
          <w:b w:val="0"/>
          <w:color w:val="2446A6"/>
        </w:rPr>
        <w:t>[date d’entrée]</w:t>
      </w:r>
      <w:r>
        <w:rPr>
          <w:b w:val="0"/>
        </w:rPr>
        <w:t>, je vous informe de ma décision de quitter l’entreprise afin de faire valoir mes droits à la retraite.</w:t>
      </w:r>
    </w:p>
    <w:p>
      <w:r>
        <w:rPr>
          <w:b w:val="0"/>
        </w:rPr>
        <w:t xml:space="preserve">Je souhaite que mon contrat prenne fin le </w:t>
      </w:r>
      <w:r>
        <w:rPr>
          <w:b w:val="0"/>
          <w:color w:val="2446A6"/>
        </w:rPr>
        <w:t>[date de départ souhaitée]</w:t>
      </w:r>
      <w:r>
        <w:rPr>
          <w:b w:val="0"/>
        </w:rPr>
        <w:t xml:space="preserve"> au soir, après avoir effectué l’intégralité de mon préavis de </w:t>
      </w:r>
      <w:r>
        <w:rPr>
          <w:b w:val="0"/>
          <w:color w:val="2446A6"/>
        </w:rPr>
        <w:t>[X mois]</w:t>
      </w:r>
      <w:r>
        <w:rPr>
          <w:b w:val="0"/>
        </w:rPr>
        <w:t xml:space="preserve"> qui débutera à la date de première présentation de ce courrier. Je me tiens naturellement à votre disposition pour faciliter la passation de mes dossiers en cours auprès de </w:t>
      </w:r>
      <w:r>
        <w:rPr>
          <w:b w:val="0"/>
          <w:color w:val="2446A6"/>
        </w:rPr>
        <w:t>[collègue ou service]</w:t>
      </w:r>
      <w:r>
        <w:rPr>
          <w:b w:val="0"/>
        </w:rPr>
        <w:t>.</w:t>
      </w:r>
    </w:p>
    <w:p>
      <w:r>
        <w:rPr>
          <w:b w:val="0"/>
        </w:rPr>
        <w:t xml:space="preserve">Je vous remercie pour les </w:t>
      </w:r>
      <w:r>
        <w:rPr>
          <w:b w:val="0"/>
          <w:color w:val="2446A6"/>
        </w:rPr>
        <w:t>[X années]</w:t>
      </w:r>
      <w:r>
        <w:rPr>
          <w:b w:val="0"/>
        </w:rPr>
        <w:t xml:space="preserve"> de collaboration au sein du service </w:t>
      </w:r>
      <w:r>
        <w:rPr>
          <w:b w:val="0"/>
          <w:color w:val="2446A6"/>
        </w:rPr>
        <w:t>[intitulé]</w:t>
      </w:r>
      <w:r>
        <w:rPr>
          <w:b w:val="0"/>
        </w:rPr>
        <w:t>, et je vous saurais gré de bien vouloir m’établir mon solde de tout compte, mon certificat de travail ainsi que l’attestation destinée à Pôle emploi le dernier jour de mon contrat.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de mon estimation de retraite établie le </w:t>
      </w:r>
      <w:r>
        <w:rPr>
          <w:b w:val="0"/>
          <w:color w:val="2446A6"/>
        </w:rPr>
        <w:t>[date]</w:t>
      </w:r>
      <w:r>
        <w:rPr>
          <w:b w:val="0"/>
        </w:rPr>
        <w:t>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pour départ à la retraite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