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 complète]</w:t>
      </w:r>
    </w:p>
    <w:p>
      <w:pPr>
        <w:spacing w:after="0"/>
      </w:pPr>
      <w:r>
        <w:rPr>
          <w:b w:val="0"/>
          <w:color w:val="2446A6"/>
        </w:rPr>
        <w:t>[Téléphone]</w:t>
      </w:r>
    </w:p>
    <w:p>
      <w:pPr>
        <w:spacing w:after="0"/>
      </w:pPr>
      <w:r>
        <w:rPr>
          <w:b w:val="0"/>
          <w:color w:val="2446A6"/>
        </w:rPr>
        <w:t>[Email]</w:t>
      </w:r>
    </w:p>
    <w:p/>
    <w:p>
      <w:pPr>
        <w:spacing w:after="0"/>
        <w:jc w:val="right"/>
      </w:pPr>
      <w:r>
        <w:rPr>
          <w:b w:val="0"/>
        </w:rPr>
        <w:t xml:space="preserve">À l’attention de </w:t>
      </w:r>
      <w:r>
        <w:rPr>
          <w:b w:val="0"/>
          <w:color w:val="2446A6"/>
        </w:rPr>
        <w:t>[Nom du responsable RH ou supérieur hiéarchique]</w:t>
      </w:r>
    </w:p>
    <w:p>
      <w:pPr>
        <w:spacing w:after="0"/>
        <w:jc w:val="right"/>
      </w:pPr>
      <w:r>
        <w:rPr>
          <w:b w:val="0"/>
          <w:color w:val="2446A6"/>
        </w:rPr>
        <w:t>[Nom de l’entreprise]</w:t>
      </w:r>
    </w:p>
    <w:p>
      <w:pPr>
        <w:spacing w:after="0"/>
        <w:jc w:val="right"/>
      </w:pPr>
      <w:r>
        <w:rPr>
          <w:b w:val="0"/>
          <w:color w:val="2446A6"/>
        </w:rPr>
        <w:t>[Adresse complète de l’entreprise]</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Démission pour reconversion professionnelle</w:t>
      </w:r>
    </w:p>
    <w:p/>
    <w:p>
      <w:r>
        <w:rPr>
          <w:b w:val="0"/>
        </w:rPr>
        <w:t>Madame, Monsier,</w:t>
      </w:r>
    </w:p>
    <w:p>
      <w:r>
        <w:rPr>
          <w:b w:val="0"/>
        </w:rPr>
        <w:t xml:space="preserve">Je vous informe par la présente de ma décision de démissionner de mon poste de </w:t>
      </w:r>
      <w:r>
        <w:rPr>
          <w:b w:val="0"/>
          <w:color w:val="2446A6"/>
        </w:rPr>
        <w:t>[assistant comptable]</w:t>
      </w:r>
      <w:r>
        <w:rPr>
          <w:b w:val="0"/>
        </w:rPr>
        <w:t xml:space="preserve"> au sein de la société </w:t>
      </w:r>
      <w:r>
        <w:rPr>
          <w:b w:val="0"/>
          <w:color w:val="2446A6"/>
        </w:rPr>
        <w:t>[BatiConfort]</w:t>
      </w:r>
      <w:r>
        <w:rPr>
          <w:b w:val="0"/>
        </w:rPr>
        <w:t xml:space="preserve">, en raison d’un projet de reconversion professionnelle. Après </w:t>
      </w:r>
      <w:r>
        <w:rPr>
          <w:b w:val="0"/>
          <w:color w:val="2446A6"/>
        </w:rPr>
        <w:t>[trois annéees]</w:t>
      </w:r>
      <w:r>
        <w:rPr>
          <w:b w:val="0"/>
        </w:rPr>
        <w:t xml:space="preserve"> passées à vos côtés, j’ai choisi de réorienter ma carrière vers </w:t>
      </w:r>
      <w:r>
        <w:rPr>
          <w:b w:val="0"/>
          <w:color w:val="2446A6"/>
        </w:rPr>
        <w:t>[le métier de chef de projet digital]</w:t>
      </w:r>
      <w:r>
        <w:rPr>
          <w:b w:val="0"/>
        </w:rPr>
        <w:t xml:space="preserve">, une activité pour laquelle je me forme depuis le </w:t>
      </w:r>
      <w:r>
        <w:rPr>
          <w:b w:val="0"/>
          <w:color w:val="2446A6"/>
        </w:rPr>
        <w:t>[15 septembre 2025]</w:t>
      </w:r>
      <w:r>
        <w:rPr>
          <w:b w:val="0"/>
        </w:rPr>
        <w:t xml:space="preserve"> grâce à une formation certifiante dispensée par </w:t>
      </w:r>
      <w:r>
        <w:rPr>
          <w:b w:val="0"/>
          <w:color w:val="2446A6"/>
        </w:rPr>
        <w:t>[Global Knowledge]</w:t>
      </w:r>
      <w:r>
        <w:rPr>
          <w:b w:val="0"/>
        </w:rPr>
        <w:t>.</w:t>
      </w:r>
    </w:p>
    <w:p>
      <w:r>
        <w:rPr>
          <w:b w:val="0"/>
        </w:rPr>
        <w:t xml:space="preserve">Conformément à l’article </w:t>
      </w:r>
      <w:r>
        <w:rPr>
          <w:b w:val="0"/>
          <w:color w:val="2446A6"/>
        </w:rPr>
        <w:t>[12 de la convention collective nationale des bureaux d’études techniques]</w:t>
      </w:r>
      <w:r>
        <w:rPr>
          <w:b w:val="0"/>
        </w:rPr>
        <w:t xml:space="preserve"> qui régit notre contrat, le préavis de démission est de </w:t>
      </w:r>
      <w:r>
        <w:rPr>
          <w:b w:val="0"/>
          <w:color w:val="2446A6"/>
        </w:rPr>
        <w:t>[deux mois]</w:t>
      </w:r>
      <w:r>
        <w:rPr>
          <w:b w:val="0"/>
        </w:rPr>
        <w:t xml:space="preserve">. La date de première présentation de ce courrier recommandé, soit le </w:t>
      </w:r>
      <w:r>
        <w:rPr>
          <w:b w:val="0"/>
          <w:color w:val="2446A6"/>
        </w:rPr>
        <w:t>[24 septembre 2026]</w:t>
      </w:r>
      <w:r>
        <w:rPr>
          <w:b w:val="0"/>
        </w:rPr>
        <w:t xml:space="preserve">, déclenche le point de déart de ce préavis, qui prendra fin le </w:t>
      </w:r>
      <w:r>
        <w:rPr>
          <w:b w:val="0"/>
          <w:color w:val="2446A6"/>
        </w:rPr>
        <w:t>[23 novembre 2026]</w:t>
      </w:r>
      <w:r>
        <w:rPr>
          <w:b w:val="0"/>
        </w:rPr>
        <w:t>. Je reste naturellement à votre disposition pour faciliter la transition durant cette période.</w:t>
      </w:r>
    </w:p>
    <w:p>
      <w:r>
        <w:rPr>
          <w:b w:val="0"/>
        </w:rPr>
        <w:t>Je joins à cette lettre l’attestation d’inscription à la formation et l’accord de financement de mon Compte Personnel de Formation. Une copie du dossier est également transmise à Pôle emploi pour anticiper la continuité de mes droits.</w:t>
      </w:r>
    </w:p>
    <w:p>
      <w:r>
        <w:rPr>
          <w:b w:val="0"/>
        </w:rPr>
        <w:t>Je tiens à vous remercier pour la confiance et l’expérience acquise durant ces années au sein de l’équipe. Je suis disponible pour assurer la passation de mes dossiers en cours, notamment le suivi des déclarations de TVA du troisième trimestre, et pour former mon remplaçant sur l’outil interne de gestion.</w:t>
      </w:r>
    </w:p>
    <w:p>
      <w:r>
        <w:rPr>
          <w:b w:val="0"/>
        </w:rPr>
        <w:t>Je vous prie d’agréer, Madame, Monsier, l’expression de mes salutations distinguées.</w:t>
      </w:r>
    </w:p>
    <w:p/>
    <w:p>
      <w:pPr>
        <w:jc w:val="right"/>
      </w:pPr>
      <w:r>
        <w:rPr>
          <w:b w:val="0"/>
          <w:color w:val="2446A6"/>
        </w:rPr>
        <w:t>[Prénom Nom]</w:t>
      </w:r>
    </w:p>
    <w:p/>
    <w:p>
      <w:r>
        <w:rPr>
          <w:b w:val="0"/>
        </w:rPr>
        <w:t>Pièce jointe : Attestation d’inscription à la formation et accord de financement CPF</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démission pour reconversion professionnelle</dc:title>
  <dc:subject/>
  <dc:creator/>
  <cp:keywords/>
  <dc:description/>
  <cp:lastModifiedBy/>
  <cp:revision>1</cp:revision>
  <dcterms:created xsi:type="dcterms:W3CDTF">2013-12-23T23:15:00Z</dcterms:created>
  <dcterms:modified xsi:type="dcterms:W3CDTF">2013-12-23T23:15:00Z</dcterms:modified>
  <cp:category/>
</cp:coreProperties>
</file>