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</w:rPr>
        <w:t>Camille Moreau</w:t>
      </w:r>
    </w:p>
    <w:p>
      <w:pPr>
        <w:spacing w:after="0"/>
      </w:pPr>
      <w:r>
        <w:rPr>
          <w:b w:val="0"/>
        </w:rPr>
        <w:t>8 avenue de la République, 69003 Lyon</w:t>
      </w:r>
    </w:p>
    <w:p>
      <w:pPr>
        <w:spacing w:after="0"/>
      </w:pPr>
      <w:r>
        <w:rPr>
          <w:b w:val="0"/>
        </w:rPr>
        <w:t>06 12 34 56 78 – camille.moreau@mail.fr</w:t>
      </w:r>
    </w:p>
    <w:p/>
    <w:p>
      <w:pPr>
        <w:spacing w:after="0"/>
        <w:jc w:val="right"/>
      </w:pPr>
      <w:r>
        <w:rPr>
          <w:b w:val="0"/>
        </w:rPr>
        <w:t>Restaurant Le Sud</w:t>
      </w:r>
    </w:p>
    <w:p>
      <w:pPr>
        <w:spacing w:after="0"/>
        <w:jc w:val="right"/>
      </w:pPr>
      <w:r>
        <w:rPr>
          <w:b w:val="0"/>
        </w:rPr>
        <w:t>14 rue des Oliviers, 13001 Marseille</w:t>
      </w:r>
    </w:p>
    <w:p/>
    <w:p>
      <w:pPr>
        <w:jc w:val="right"/>
      </w:pPr>
      <w:r>
        <w:rPr>
          <w:b w:val="0"/>
        </w:rPr>
        <w:t>À Lyon, le 24 septembre 2026</w:t>
      </w:r>
    </w:p>
    <w:p>
      <w:pPr>
        <w:spacing w:after="0"/>
      </w:pPr>
      <w:r>
        <w:rPr>
          <w:b/>
        </w:rPr>
        <w:t>Lettre remise en main propre contre décharge</w:t>
      </w:r>
    </w:p>
    <w:p>
      <w:r>
        <w:rPr>
          <w:b/>
        </w:rPr>
        <w:t>Objet : démission de mon poste de serveuse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>Employée au sein de votre établissement depuis le 5 mars 2025 en qualité de serveuse, je vous remets ce jour ma démission en main propre. Je quitterai mon poste à l'issue du préavis de 8 jours prévu par l'article 30 de la convention collective des hôtels, cafés, restaurants, soit le 2 octobre 2026.</w:t>
      </w:r>
    </w:p>
    <w:p>
      <w:r>
        <w:rPr>
          <w:b w:val="0"/>
        </w:rPr>
        <w:t>Je vous remets deux exemplaires de cette lettre. Le premier est destiné à vos dossiers ; le second, que vous signerez et daterez avec la mention « remise en main propre le 24 septembre 2026 à 9 h 30 », atteste la date de début du préavis.</w:t>
      </w:r>
    </w:p>
    <w:p>
      <w:r>
        <w:rPr>
          <w:b w:val="0"/>
        </w:rPr>
        <w:t>Je vous remercie pour la confiance que vous m'avez accordée durant ces dix-neuf mois. Je reste mobilisée jusqu'au terme du préavis pour assurer le service du midi et transmettre la carte des vins à ma remplaçante.</w:t>
      </w:r>
    </w:p>
    <w:p>
      <w:r>
        <w:rPr>
          <w:b w:val="0"/>
        </w:rPr>
        <w:t>À la fin du contrat, vous voudrez bien me remettre le solde de tout compte, le certificat de travail et l'attestation France Travail, comme le prévoit l'article L1234-19 du Code du travail.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</w:rPr>
        <w:t>Camille Moreau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 remise en main propre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