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Peupliers, 69003 Lyon]</w:t>
      </w:r>
    </w:p>
    <w:p>
      <w:pPr>
        <w:spacing w:after="0"/>
      </w:pPr>
      <w:r>
        <w:rPr>
          <w:b w:val="0"/>
          <w:color w:val="2446A6"/>
        </w:rPr>
        <w:t>[06 00 00 00 00 —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[Raison sociale]</w:t>
      </w:r>
    </w:p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[45 avenue de la République, 69002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démission du poste de </w:t>
      </w:r>
      <w:r>
        <w:rPr>
          <w:b/>
          <w:color w:val="2446A6"/>
        </w:rPr>
        <w:t>[assistant logistique]</w:t>
      </w:r>
      <w:r>
        <w:rPr>
          <w:b/>
        </w:rPr>
        <w:t xml:space="preserve"> et demande de dispense de préavis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vous informe par la présente de ma démission du poste de </w:t>
      </w:r>
      <w:r>
        <w:rPr>
          <w:b w:val="0"/>
          <w:color w:val="2446A6"/>
        </w:rPr>
        <w:t>[assistant logistique]</w:t>
      </w:r>
      <w:r>
        <w:rPr>
          <w:b w:val="0"/>
        </w:rPr>
        <w:t xml:space="preserve"> que j'occupe depuis le </w:t>
      </w:r>
      <w:r>
        <w:rPr>
          <w:b w:val="0"/>
          <w:color w:val="2446A6"/>
        </w:rPr>
        <w:t>[12 mars 2021]</w:t>
      </w:r>
      <w:r>
        <w:rPr>
          <w:b w:val="0"/>
        </w:rPr>
        <w:t xml:space="preserve">, sous contrat à durée indéterminée. Je quitterai définitivement l'entreprise le </w:t>
      </w:r>
      <w:r>
        <w:rPr>
          <w:b w:val="0"/>
          <w:color w:val="2446A6"/>
        </w:rPr>
        <w:t>[30 septembre 2026]</w:t>
      </w:r>
      <w:r>
        <w:rPr>
          <w:b w:val="0"/>
        </w:rPr>
        <w:t>.</w:t>
      </w:r>
    </w:p>
    <w:p>
      <w:r>
        <w:rPr>
          <w:b w:val="0"/>
        </w:rPr>
        <w:t xml:space="preserve">Je sollicite la dispense d'exécution du préavis prévu par </w:t>
      </w:r>
      <w:r>
        <w:rPr>
          <w:b w:val="0"/>
          <w:color w:val="2446A6"/>
        </w:rPr>
        <w:t>[la convention collective de la logistique]</w:t>
      </w:r>
      <w:r>
        <w:rPr>
          <w:b w:val="0"/>
        </w:rPr>
        <w:t xml:space="preserve">, soit </w:t>
      </w:r>
      <w:r>
        <w:rPr>
          <w:b w:val="0"/>
          <w:color w:val="2446A6"/>
        </w:rPr>
        <w:t>[un mois]</w:t>
      </w:r>
      <w:r>
        <w:rPr>
          <w:b w:val="0"/>
        </w:rPr>
        <w:t xml:space="preserve"> à compter de la réception de ce courrier. Mon départ anticipé est motivé par </w:t>
      </w:r>
      <w:r>
        <w:rPr>
          <w:b w:val="0"/>
          <w:color w:val="2446A6"/>
        </w:rPr>
        <w:t>[une mutation de mon conjoint à Bordeaux au 1er octobre 2026]</w:t>
      </w:r>
      <w:r>
        <w:rPr>
          <w:b w:val="0"/>
        </w:rPr>
        <w:t>, qui m'oblige à déménager avant cette date.</w:t>
      </w:r>
    </w:p>
    <w:p>
      <w:r>
        <w:rPr>
          <w:b w:val="0"/>
        </w:rPr>
        <w:t xml:space="preserve">Je reste à votre disposition pour organiser la passation de mes dossiers en cours : </w:t>
      </w:r>
      <w:r>
        <w:rPr>
          <w:b w:val="0"/>
          <w:color w:val="2446A6"/>
        </w:rPr>
        <w:t>[les commandes fournisseurs du mois d'octobre et le suivi des trois contrats de transport]</w:t>
      </w:r>
      <w:r>
        <w:rPr>
          <w:b w:val="0"/>
        </w:rPr>
        <w:t xml:space="preserve"> peuvent être repris par </w:t>
      </w:r>
      <w:r>
        <w:rPr>
          <w:b w:val="0"/>
          <w:color w:val="2446A6"/>
        </w:rPr>
        <w:t>[Mme Perrin]</w:t>
      </w:r>
      <w:r>
        <w:rPr>
          <w:b w:val="0"/>
        </w:rPr>
        <w:t>, à qui je transmettrai l'ensemble des éléments avant mon départ.</w:t>
      </w:r>
    </w:p>
    <w:p>
      <w:r>
        <w:rPr>
          <w:b w:val="0"/>
        </w:rPr>
        <w:t xml:space="preserve">À défaut d'accord de votre part sur cette dispense, je me tiendrai à la durée de préavis fixée par </w:t>
      </w:r>
      <w:r>
        <w:rPr>
          <w:b w:val="0"/>
          <w:color w:val="2446A6"/>
        </w:rPr>
        <w:t>[la convention collective]</w:t>
      </w:r>
      <w:r>
        <w:rPr>
          <w:b w:val="0"/>
        </w:rPr>
        <w:t xml:space="preserve"> et vous en informerai par écrit.</w:t>
      </w:r>
    </w:p>
    <w:p>
      <w:r>
        <w:rPr>
          <w:b w:val="0"/>
        </w:rPr>
        <w:t>Je vous prie d'agréer, Madame, Monsieur, l'expression de mes salutations respectueuses.</w:t>
      </w:r>
    </w:p>
    <w:p>
      <w:r>
        <w:rPr>
          <w:b w:val="0"/>
        </w:rPr>
        <w:t>Je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</w:t>
      </w:r>
      <w:r>
        <w:rPr>
          <w:b w:val="0"/>
          <w:color w:val="2446A6"/>
        </w:rPr>
        <w:t>[copie du justificatif de mutation du conjoint]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sans préavis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