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  <w:color w:val="2446A6"/>
        </w:rPr>
        <w:t>[Service RH ou Direction]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démissionner de mon poste de </w:t>
      </w:r>
      <w:r>
        <w:rPr>
          <w:b w:val="0"/>
          <w:color w:val="2446A6"/>
        </w:rPr>
        <w:t>[assistant administratif]</w:t>
      </w:r>
      <w:r>
        <w:rPr>
          <w:b w:val="0"/>
        </w:rPr>
        <w:t xml:space="preserve">, que j’occupe depuis le </w:t>
      </w:r>
      <w:r>
        <w:rPr>
          <w:b w:val="0"/>
          <w:color w:val="2446A6"/>
        </w:rPr>
        <w:t>[1ᵉʳ septembre 2021]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[Nom de l’entreprise]</w:t>
      </w:r>
      <w:r>
        <w:rPr>
          <w:b w:val="0"/>
        </w:rPr>
        <w:t>.</w:t>
      </w:r>
    </w:p>
    <w:p>
      <w:r>
        <w:rPr>
          <w:b w:val="0"/>
        </w:rPr>
        <w:t xml:space="preserve">Conformément à la convention collective </w:t>
      </w:r>
      <w:r>
        <w:rPr>
          <w:b w:val="0"/>
          <w:color w:val="2446A6"/>
        </w:rPr>
        <w:t>[Bureaux d’études techniques (SYNTEC)]</w:t>
      </w:r>
      <w:r>
        <w:rPr>
          <w:b w:val="0"/>
        </w:rPr>
        <w:t xml:space="preserve"> et à mon ancienneté de </w:t>
      </w:r>
      <w:r>
        <w:rPr>
          <w:b w:val="0"/>
          <w:color w:val="2446A6"/>
        </w:rPr>
        <w:t>[3 ans et 4 mois]</w:t>
      </w:r>
      <w:r>
        <w:rPr>
          <w:b w:val="0"/>
        </w:rPr>
        <w:t xml:space="preserve">, mon préavis de départ est de </w:t>
      </w:r>
      <w:r>
        <w:rPr>
          <w:b w:val="0"/>
          <w:color w:val="2446A6"/>
        </w:rPr>
        <w:t>[1 mois]</w:t>
      </w:r>
      <w:r>
        <w:rPr>
          <w:b w:val="0"/>
        </w:rPr>
        <w:t xml:space="preserve">. Il débutera à la date de première présentation de ce courrier recommandé, soit le </w:t>
      </w:r>
      <w:r>
        <w:rPr>
          <w:b w:val="0"/>
          <w:color w:val="2446A6"/>
        </w:rPr>
        <w:t>[date de première présentation]</w:t>
      </w:r>
      <w:r>
        <w:rPr>
          <w:b w:val="0"/>
        </w:rPr>
        <w:t>.</w:t>
      </w:r>
    </w:p>
    <w:p>
      <w:r>
        <w:rPr>
          <w:b w:val="0"/>
        </w:rPr>
        <w:t>Je resterai mobilisé(e) pour finaliser mes missions en cours et assurer la transmission des informations nécessaires à la continuité du service.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simple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