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w:t>
      </w:r>
    </w:p>
    <w:p>
      <w:pPr>
        <w:spacing w:after="0"/>
      </w:pPr>
      <w:r>
        <w:rPr>
          <w:b w:val="0"/>
          <w:color w:val="2446A6"/>
        </w:rPr>
        <w:t>[Code postal]</w:t>
      </w:r>
      <w:r>
        <w:rPr>
          <w:b w:val="0"/>
        </w:rPr>
        <w:t xml:space="preserve"> </w:t>
      </w:r>
      <w:r>
        <w:rPr>
          <w:b w:val="0"/>
          <w:color w:val="2446A6"/>
        </w:rPr>
        <w:t>[Ville]</w:t>
      </w:r>
    </w:p>
    <w:p>
      <w:pPr>
        <w:spacing w:after="0"/>
      </w:pPr>
      <w:r>
        <w:rPr>
          <w:b w:val="0"/>
          <w:color w:val="2446A6"/>
        </w:rPr>
        <w:t>[Téléphone]</w:t>
      </w:r>
    </w:p>
    <w:p/>
    <w:p>
      <w:pPr>
        <w:spacing w:after="0"/>
        <w:jc w:val="right"/>
      </w:pPr>
      <w:r>
        <w:rPr>
          <w:b w:val="0"/>
          <w:color w:val="2446A6"/>
        </w:rPr>
        <w:t>[Nom de l'entreprise]</w:t>
      </w:r>
    </w:p>
    <w:p>
      <w:pPr>
        <w:spacing w:after="0"/>
        <w:jc w:val="right"/>
      </w:pPr>
      <w:r>
        <w:rPr>
          <w:b w:val="0"/>
        </w:rPr>
        <w:t>À l'attention du service des ressources humaines</w:t>
      </w:r>
    </w:p>
    <w:p>
      <w:pPr>
        <w:spacing w:after="0"/>
        <w:jc w:val="right"/>
      </w:pPr>
      <w:r>
        <w:rPr>
          <w:b w:val="0"/>
          <w:color w:val="2446A6"/>
        </w:rPr>
        <w:t>[Adresse]</w:t>
      </w:r>
    </w:p>
    <w:p>
      <w:pPr>
        <w:spacing w:after="0"/>
        <w:jc w:val="right"/>
      </w:pPr>
      <w:r>
        <w:rPr>
          <w:b w:val="0"/>
          <w:color w:val="2446A6"/>
        </w:rPr>
        <w:t>[Code postal]</w:t>
      </w:r>
      <w:r>
        <w:rPr>
          <w:b w:val="0"/>
        </w:rPr>
        <w:t xml:space="preserve"> </w:t>
      </w:r>
      <w:r>
        <w:rPr>
          <w:b w:val="0"/>
          <w:color w:val="2446A6"/>
        </w:rPr>
        <w:t>[Ville]</w:t>
      </w:r>
    </w:p>
    <w:p/>
    <w:p>
      <w:pPr>
        <w:jc w:val="right"/>
      </w:pPr>
      <w:r>
        <w:rPr>
          <w:b w:val="0"/>
        </w:rPr>
        <w:t xml:space="preserve">À </w:t>
      </w:r>
      <w:r>
        <w:rPr>
          <w:b w:val="0"/>
          <w:color w:val="2446A6"/>
        </w:rPr>
        <w:t>[Lyon]</w:t>
      </w:r>
      <w:r>
        <w:rPr>
          <w:b w:val="0"/>
        </w:rPr>
        <w:t xml:space="preserve">, le </w:t>
      </w:r>
      <w:r>
        <w:rPr>
          <w:b w:val="0"/>
          <w:color w:val="2446A6"/>
        </w:rPr>
        <w:t>[24 septembre 2026]</w:t>
      </w:r>
    </w:p>
    <w:p>
      <w:pPr>
        <w:spacing w:after="0"/>
      </w:pPr>
      <w:r>
        <w:rPr>
          <w:b/>
        </w:rPr>
        <w:t>Lettre recommandée avec accusé de réception</w:t>
      </w:r>
    </w:p>
    <w:p>
      <w:r>
        <w:rPr>
          <w:b/>
        </w:rPr>
        <w:t>Objet : Démission de mon poste de conducteur routier</w:t>
      </w:r>
    </w:p>
    <w:p/>
    <w:p>
      <w:r>
        <w:rPr>
          <w:b w:val="0"/>
        </w:rPr>
        <w:t>Madame, Monsieur,</w:t>
      </w:r>
    </w:p>
    <w:p>
      <w:r>
        <w:rPr>
          <w:b w:val="0"/>
        </w:rPr>
        <w:t xml:space="preserve">Par la présente, je vous informe de ma décision de démissionner de mon poste de conducteur </w:t>
      </w:r>
      <w:r>
        <w:rPr>
          <w:b w:val="0"/>
          <w:color w:val="2446A6"/>
        </w:rPr>
        <w:t>[longue distance / messagerie]</w:t>
      </w:r>
      <w:r>
        <w:rPr>
          <w:b w:val="0"/>
        </w:rPr>
        <w:t xml:space="preserve">, que j'occupe depuis le </w:t>
      </w:r>
      <w:r>
        <w:rPr>
          <w:b w:val="0"/>
          <w:color w:val="2446A6"/>
        </w:rPr>
        <w:t>[1er mars 2019]</w:t>
      </w:r>
      <w:r>
        <w:rPr>
          <w:b w:val="0"/>
        </w:rPr>
        <w:t>.</w:t>
      </w:r>
    </w:p>
    <w:p>
      <w:r>
        <w:rPr>
          <w:b w:val="0"/>
        </w:rPr>
        <w:t xml:space="preserve">Conformément à l'article 12 de la convention collective nationale des transports routiers, j'effectuerai mon préavis de </w:t>
      </w:r>
      <w:r>
        <w:rPr>
          <w:b w:val="0"/>
          <w:color w:val="2446A6"/>
        </w:rPr>
        <w:t>[15 jours]</w:t>
      </w:r>
      <w:r>
        <w:rPr>
          <w:b w:val="0"/>
        </w:rPr>
        <w:t xml:space="preserve">, qui débutera à la date de première présentation de ce courrier. Mon contrat de travail prendra donc fin le </w:t>
      </w:r>
      <w:r>
        <w:rPr>
          <w:b w:val="0"/>
          <w:color w:val="2446A6"/>
        </w:rPr>
        <w:t>[10 octobre 2026]</w:t>
      </w:r>
      <w:r>
        <w:rPr>
          <w:b w:val="0"/>
        </w:rPr>
        <w:t xml:space="preserve"> au soir.</w:t>
      </w:r>
    </w:p>
    <w:p>
      <w:r>
        <w:rPr>
          <w:b w:val="0"/>
        </w:rPr>
        <w:t xml:space="preserve">Je restituerai le véhicule </w:t>
      </w:r>
      <w:r>
        <w:rPr>
          <w:b w:val="0"/>
          <w:color w:val="2446A6"/>
        </w:rPr>
        <w:t>[immatriculé AA-123-BB]</w:t>
      </w:r>
      <w:r>
        <w:rPr>
          <w:b w:val="0"/>
        </w:rPr>
        <w:t>, les clés, la carte conducteur et l'ensemble du matériel professionnel confié avant la fin de mon préavis. Je vous remercie de préparer mon solde de tout compte, mon certificat de travail et l'attestation France Travail pour cette date.</w:t>
      </w:r>
    </w:p>
    <w:p>
      <w:r>
        <w:rPr>
          <w:b w:val="0"/>
        </w:rPr>
        <w:t xml:space="preserve">Je vous remercie pour la confiance que vous m'avez accordée durant ces </w:t>
      </w:r>
      <w:r>
        <w:rPr>
          <w:b w:val="0"/>
          <w:color w:val="2446A6"/>
        </w:rPr>
        <w:t>[sept]</w:t>
      </w:r>
      <w:r>
        <w:rPr>
          <w:b w:val="0"/>
        </w:rPr>
        <w:t xml:space="preserve"> années au sein de votre entreprise.</w:t>
      </w:r>
    </w:p>
    <w:p>
      <w:r>
        <w:rPr>
          <w:b w:val="0"/>
        </w:rPr>
        <w:t>Je vous prie d'agréer, Madame, Monsieur, l'expression de mes salutations distinguées.</w:t>
      </w:r>
    </w:p>
    <w:p/>
    <w:p>
      <w:pPr>
        <w:jc w:val="right"/>
      </w:pPr>
      <w:r>
        <w:rPr>
          <w:b w:val="0"/>
          <w:color w:val="2446A6"/>
        </w:rPr>
        <w:t>[Prénom Nom]</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démission dans le transport routier</dc:title>
  <dc:subject/>
  <dc:creator/>
  <cp:keywords/>
  <dc:description/>
  <cp:lastModifiedBy/>
  <cp:revision>1</cp:revision>
  <dcterms:created xsi:type="dcterms:W3CDTF">2013-12-23T23:15:00Z</dcterms:created>
  <dcterms:modified xsi:type="dcterms:W3CDTF">2013-12-23T23:15:00Z</dcterms:modified>
  <cp:category/>
</cp:coreProperties>
</file>