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personnelle]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Courriel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l’employeur ou société]</w:t>
      </w:r>
    </w:p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[Adresse de l’entreprise]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Démission de mon poste de </w:t>
      </w:r>
      <w:r>
        <w:rPr>
          <w:b/>
          <w:color w:val="2446A6"/>
        </w:rPr>
        <w:t>[intitulé du poste]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démissionner de mon poste de </w:t>
      </w:r>
      <w:r>
        <w:rPr>
          <w:b w:val="0"/>
          <w:color w:val="2446A6"/>
        </w:rPr>
        <w:t>[intitulé]</w:t>
      </w:r>
      <w:r>
        <w:rPr>
          <w:b w:val="0"/>
        </w:rPr>
        <w:t xml:space="preserve">, que j’occupe depuis le </w:t>
      </w:r>
      <w:r>
        <w:rPr>
          <w:b w:val="0"/>
          <w:color w:val="2446A6"/>
        </w:rPr>
        <w:t>[date d’embauche]</w:t>
      </w:r>
      <w:r>
        <w:rPr>
          <w:b w:val="0"/>
        </w:rPr>
        <w:t xml:space="preserve">. Conformément à la convention collective </w:t>
      </w:r>
      <w:r>
        <w:rPr>
          <w:b w:val="0"/>
          <w:color w:val="2446A6"/>
        </w:rPr>
        <w:t>[nom de la convention]</w:t>
      </w:r>
      <w:r>
        <w:rPr>
          <w:b w:val="0"/>
        </w:rPr>
        <w:t xml:space="preserve"> applicable à notre entreprise, je respecterai un préavis de </w:t>
      </w:r>
      <w:r>
        <w:rPr>
          <w:b w:val="0"/>
          <w:color w:val="2446A6"/>
        </w:rPr>
        <w:t>[durée]</w:t>
      </w:r>
      <w:r>
        <w:rPr>
          <w:b w:val="0"/>
        </w:rPr>
        <w:t xml:space="preserve"> mois.</w:t>
      </w:r>
    </w:p>
    <w:p>
      <w:r>
        <w:rPr>
          <w:b w:val="0"/>
        </w:rPr>
        <w:t xml:space="preserve">Je souhaite que ce préavis débute à compter de la première présentation de ce courrier, soit le </w:t>
      </w:r>
      <w:r>
        <w:rPr>
          <w:b w:val="0"/>
          <w:color w:val="2446A6"/>
        </w:rPr>
        <w:t>[date de première présentation + 1 jour]</w:t>
      </w:r>
      <w:r>
        <w:rPr>
          <w:b w:val="0"/>
        </w:rPr>
        <w:t xml:space="preserve">, et prenne fin le </w:t>
      </w:r>
      <w:r>
        <w:rPr>
          <w:b w:val="0"/>
          <w:color w:val="2446A6"/>
        </w:rPr>
        <w:t>[date de fin calculée]</w:t>
      </w:r>
      <w:r>
        <w:rPr>
          <w:b w:val="0"/>
        </w:rPr>
        <w:t>. Durant cette période, je reste pleinement mobilisé pour assurer la passation de mes dossiers et, si vous le souhaitez, former mon successeur.</w:t>
      </w:r>
    </w:p>
    <w:p>
      <w:r>
        <w:rPr>
          <w:b w:val="0"/>
        </w:rPr>
        <w:t xml:space="preserve">Je tiens à vous remercier pour la confiance que vous m’avez accordée tout au long de ces </w:t>
      </w:r>
      <w:r>
        <w:rPr>
          <w:b w:val="0"/>
          <w:color w:val="2446A6"/>
        </w:rPr>
        <w:t>[nombre d’années]</w:t>
      </w:r>
      <w:r>
        <w:rPr>
          <w:b w:val="0"/>
        </w:rPr>
        <w:t xml:space="preserve"> années au sein de l’entreprise. Je garderai un excellent souvenir des projets menés avec les équipes.</w:t>
      </w:r>
    </w:p>
    <w:p>
      <w:r>
        <w:rPr>
          <w:b w:val="0"/>
        </w:rPr>
        <w:t>Restant à votre disposition pour faciliter cette transition, je vous prie d’agréer, Madame, Monsieur, l’expression de mes salutations distinguées.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